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623AC" w14:textId="1CD2536C" w:rsidR="00FB164A" w:rsidRDefault="00FB164A" w:rsidP="00800212">
      <w:pPr>
        <w:rPr>
          <w:b/>
          <w:sz w:val="40"/>
          <w:szCs w:val="40"/>
          <w:lang w:val="bg-BG"/>
        </w:rPr>
      </w:pPr>
      <w:r>
        <w:rPr>
          <w:b/>
          <w:noProof/>
          <w:sz w:val="40"/>
          <w:szCs w:val="40"/>
          <w:lang w:val="bg-BG" w:eastAsia="bg-BG"/>
        </w:rPr>
        <w:drawing>
          <wp:inline distT="0" distB="0" distL="0" distR="0" wp14:anchorId="4F78A825" wp14:editId="33D566B7">
            <wp:extent cx="5487035" cy="963295"/>
            <wp:effectExtent l="0" t="0" r="0" b="8255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03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3C1923" w14:textId="4D65055C" w:rsidR="00FB164A" w:rsidRPr="006A3265" w:rsidRDefault="00FB164A" w:rsidP="006A3265">
      <w:pPr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b/>
          <w:sz w:val="20"/>
          <w:szCs w:val="20"/>
          <w:lang w:val="bg-BG"/>
        </w:rPr>
        <w:t>УТВЪРЖДАВАМ</w:t>
      </w:r>
      <w:r w:rsidR="006A3265">
        <w:rPr>
          <w:rFonts w:ascii="Times New Roman" w:hAnsi="Times New Roman" w:cs="Times New Roman"/>
          <w:b/>
          <w:sz w:val="20"/>
          <w:szCs w:val="20"/>
          <w:lang w:val="bg-BG"/>
        </w:rPr>
        <w:t>:</w:t>
      </w:r>
    </w:p>
    <w:p w14:paraId="6C9D02B1" w14:textId="6BAC332C" w:rsidR="00FB164A" w:rsidRPr="006A3265" w:rsidRDefault="00112E4C" w:rsidP="0080021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6A3265">
        <w:rPr>
          <w:rFonts w:ascii="Times New Roman" w:hAnsi="Times New Roman" w:cs="Times New Roman"/>
          <w:sz w:val="24"/>
          <w:szCs w:val="24"/>
          <w:lang w:val="bg-BG"/>
        </w:rPr>
        <w:t xml:space="preserve">Таня </w:t>
      </w:r>
      <w:proofErr w:type="spellStart"/>
      <w:r w:rsidRPr="006A3265">
        <w:rPr>
          <w:rFonts w:ascii="Times New Roman" w:hAnsi="Times New Roman" w:cs="Times New Roman"/>
          <w:sz w:val="24"/>
          <w:szCs w:val="24"/>
          <w:lang w:val="bg-BG"/>
        </w:rPr>
        <w:t>Голомехова</w:t>
      </w:r>
      <w:proofErr w:type="spellEnd"/>
    </w:p>
    <w:p w14:paraId="5CF2DA43" w14:textId="7FFEDD53" w:rsidR="00112E4C" w:rsidRPr="006A3265" w:rsidRDefault="00112E4C" w:rsidP="0080021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6A3265">
        <w:rPr>
          <w:rFonts w:ascii="Times New Roman" w:hAnsi="Times New Roman" w:cs="Times New Roman"/>
          <w:sz w:val="24"/>
          <w:szCs w:val="24"/>
          <w:lang w:val="bg-BG"/>
        </w:rPr>
        <w:t>Директор на ДГ „Радост“-</w:t>
      </w:r>
      <w:proofErr w:type="spellStart"/>
      <w:r w:rsidRPr="006A3265">
        <w:rPr>
          <w:rFonts w:ascii="Times New Roman" w:hAnsi="Times New Roman" w:cs="Times New Roman"/>
          <w:sz w:val="24"/>
          <w:szCs w:val="24"/>
          <w:lang w:val="bg-BG"/>
        </w:rPr>
        <w:t>гр.Велинград</w:t>
      </w:r>
      <w:proofErr w:type="spellEnd"/>
    </w:p>
    <w:p w14:paraId="395D876B" w14:textId="77777777" w:rsidR="00DC6D0E" w:rsidRPr="006A3265" w:rsidRDefault="00DC6D0E" w:rsidP="00800212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38F0EB99" w14:textId="0A35CF79" w:rsidR="00822E22" w:rsidRPr="006A3265" w:rsidRDefault="00822E22" w:rsidP="006A3265">
      <w:pPr>
        <w:rPr>
          <w:rFonts w:ascii="Times New Roman" w:hAnsi="Times New Roman" w:cs="Times New Roman"/>
          <w:b/>
          <w:sz w:val="20"/>
          <w:szCs w:val="20"/>
        </w:rPr>
      </w:pPr>
    </w:p>
    <w:p w14:paraId="3E92C78C" w14:textId="77777777" w:rsidR="006A3265" w:rsidRDefault="006A3265" w:rsidP="006A32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D05216" w14:textId="19467211" w:rsidR="002E5E21" w:rsidRPr="006A3265" w:rsidRDefault="003D580E" w:rsidP="006A326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proofErr w:type="spellStart"/>
      <w:r w:rsidRPr="006A3265">
        <w:rPr>
          <w:rFonts w:ascii="Times New Roman" w:hAnsi="Times New Roman" w:cs="Times New Roman"/>
          <w:b/>
          <w:sz w:val="24"/>
          <w:szCs w:val="24"/>
        </w:rPr>
        <w:t>План</w:t>
      </w:r>
      <w:proofErr w:type="spellEnd"/>
      <w:r w:rsidRPr="006A32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3265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6A32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3265">
        <w:rPr>
          <w:rFonts w:ascii="Times New Roman" w:hAnsi="Times New Roman" w:cs="Times New Roman"/>
          <w:b/>
          <w:sz w:val="24"/>
          <w:szCs w:val="24"/>
          <w:lang w:val="bg-BG"/>
        </w:rPr>
        <w:t>взаимодействие с родителите в</w:t>
      </w:r>
      <w:r w:rsidR="00502F90" w:rsidRPr="006A3265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="00502F90" w:rsidRPr="006A3265">
        <w:rPr>
          <w:rFonts w:ascii="Times New Roman" w:hAnsi="Times New Roman" w:cs="Times New Roman"/>
          <w:b/>
          <w:sz w:val="24"/>
          <w:szCs w:val="24"/>
        </w:rPr>
        <w:t>Детска</w:t>
      </w:r>
      <w:proofErr w:type="spellEnd"/>
      <w:r w:rsidR="00502F90" w:rsidRPr="006A32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02F90" w:rsidRPr="006A3265">
        <w:rPr>
          <w:rFonts w:ascii="Times New Roman" w:hAnsi="Times New Roman" w:cs="Times New Roman"/>
          <w:b/>
          <w:sz w:val="24"/>
          <w:szCs w:val="24"/>
        </w:rPr>
        <w:t>градина</w:t>
      </w:r>
      <w:proofErr w:type="spellEnd"/>
      <w:r w:rsidR="00502F90" w:rsidRPr="006A3265">
        <w:rPr>
          <w:rFonts w:ascii="Times New Roman" w:hAnsi="Times New Roman" w:cs="Times New Roman"/>
          <w:b/>
          <w:sz w:val="24"/>
          <w:szCs w:val="24"/>
        </w:rPr>
        <w:t xml:space="preserve"> „</w:t>
      </w:r>
      <w:proofErr w:type="gramStart"/>
      <w:r w:rsidR="00502F90" w:rsidRPr="006A3265">
        <w:rPr>
          <w:rFonts w:ascii="Times New Roman" w:hAnsi="Times New Roman" w:cs="Times New Roman"/>
          <w:b/>
          <w:sz w:val="24"/>
          <w:szCs w:val="24"/>
          <w:lang w:val="bg-BG"/>
        </w:rPr>
        <w:t>Радост</w:t>
      </w:r>
      <w:r w:rsidR="00800212" w:rsidRPr="006A3265">
        <w:rPr>
          <w:rFonts w:ascii="Times New Roman" w:hAnsi="Times New Roman" w:cs="Times New Roman"/>
          <w:b/>
          <w:sz w:val="24"/>
          <w:szCs w:val="24"/>
        </w:rPr>
        <w:t>“</w:t>
      </w:r>
      <w:proofErr w:type="gramEnd"/>
      <w:r w:rsidR="00800212" w:rsidRPr="006A3265">
        <w:rPr>
          <w:rFonts w:ascii="Times New Roman" w:hAnsi="Times New Roman" w:cs="Times New Roman"/>
          <w:b/>
          <w:sz w:val="24"/>
          <w:szCs w:val="24"/>
          <w:lang w:val="bg-BG"/>
        </w:rPr>
        <w:t>-</w:t>
      </w:r>
      <w:r w:rsidR="00974775" w:rsidRPr="006A326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град </w:t>
      </w:r>
      <w:r w:rsidR="00800212" w:rsidRPr="006A3265">
        <w:rPr>
          <w:rFonts w:ascii="Times New Roman" w:hAnsi="Times New Roman" w:cs="Times New Roman"/>
          <w:b/>
          <w:sz w:val="24"/>
          <w:szCs w:val="24"/>
          <w:lang w:val="bg-BG"/>
        </w:rPr>
        <w:t>Велинград</w:t>
      </w:r>
    </w:p>
    <w:p w14:paraId="56EA0017" w14:textId="77777777" w:rsidR="002E5E21" w:rsidRPr="006A3265" w:rsidRDefault="002E5E21" w:rsidP="00502F90">
      <w:pPr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</w:p>
    <w:p w14:paraId="688B1509" w14:textId="77777777" w:rsidR="006A3265" w:rsidRDefault="006A3265" w:rsidP="006A3265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14:paraId="7BEA0C09" w14:textId="77777777" w:rsidR="006A3265" w:rsidRDefault="006A3265" w:rsidP="006A3265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14:paraId="41F53C1A" w14:textId="77777777" w:rsidR="006A3265" w:rsidRDefault="006A3265" w:rsidP="006A326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7598174" w14:textId="77777777" w:rsidR="006A3265" w:rsidRDefault="006A3265" w:rsidP="006A326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5DE5BA0" w14:textId="77777777" w:rsidR="006A3265" w:rsidRDefault="006A3265" w:rsidP="006A326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1DAFDC7" w14:textId="77777777" w:rsidR="006A3265" w:rsidRDefault="006A3265" w:rsidP="006A326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5C86590" w14:textId="3E6DB58F" w:rsidR="002E5E21" w:rsidRPr="006A3265" w:rsidRDefault="002E5E21" w:rsidP="006A326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A3265">
        <w:rPr>
          <w:rFonts w:ascii="Times New Roman" w:hAnsi="Times New Roman" w:cs="Times New Roman"/>
          <w:b/>
          <w:sz w:val="24"/>
          <w:szCs w:val="24"/>
          <w:lang w:val="bg-BG"/>
        </w:rPr>
        <w:t>Учебна година</w:t>
      </w:r>
    </w:p>
    <w:p w14:paraId="48B0955C" w14:textId="5D1DBDDE" w:rsidR="00DC6D0E" w:rsidRPr="006A3265" w:rsidRDefault="00DC6D0E" w:rsidP="006A32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265">
        <w:rPr>
          <w:rFonts w:ascii="Times New Roman" w:hAnsi="Times New Roman" w:cs="Times New Roman"/>
          <w:b/>
          <w:sz w:val="24"/>
          <w:szCs w:val="24"/>
          <w:lang w:val="bg-BG"/>
        </w:rPr>
        <w:t>2026</w:t>
      </w:r>
      <w:r w:rsidRPr="006A3265">
        <w:rPr>
          <w:rFonts w:ascii="Times New Roman" w:hAnsi="Times New Roman" w:cs="Times New Roman"/>
          <w:b/>
          <w:sz w:val="24"/>
          <w:szCs w:val="24"/>
        </w:rPr>
        <w:t>\2027</w:t>
      </w:r>
    </w:p>
    <w:p w14:paraId="600761CB" w14:textId="57C5005D" w:rsidR="00000AEB" w:rsidRPr="006A3265" w:rsidRDefault="00000AEB" w:rsidP="00000AEB">
      <w:pPr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>Настоящият план е Приет на заседание на Педагогически</w:t>
      </w:r>
      <w:r w:rsidR="006A3265">
        <w:rPr>
          <w:rFonts w:ascii="Times New Roman" w:hAnsi="Times New Roman" w:cs="Times New Roman"/>
          <w:sz w:val="20"/>
          <w:szCs w:val="20"/>
          <w:lang w:val="bg-BG"/>
        </w:rPr>
        <w:t xml:space="preserve"> съвет  и </w:t>
      </w:r>
      <w:r w:rsidR="00146D2E" w:rsidRPr="006A3265">
        <w:rPr>
          <w:rFonts w:ascii="Times New Roman" w:hAnsi="Times New Roman" w:cs="Times New Roman"/>
          <w:sz w:val="20"/>
          <w:szCs w:val="20"/>
          <w:lang w:val="bg-BG"/>
        </w:rPr>
        <w:t>утвърден със Заповед №</w:t>
      </w:r>
      <w:r w:rsidR="00DC6D0E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38 </w:t>
      </w:r>
      <w:r w:rsidR="00146D2E" w:rsidRPr="006A3265">
        <w:rPr>
          <w:rFonts w:ascii="Times New Roman" w:hAnsi="Times New Roman" w:cs="Times New Roman"/>
          <w:sz w:val="20"/>
          <w:szCs w:val="20"/>
          <w:lang w:val="bg-BG"/>
        </w:rPr>
        <w:t>от</w:t>
      </w:r>
      <w:r w:rsidR="00DC6D0E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15.09.2026г.</w:t>
      </w:r>
    </w:p>
    <w:p w14:paraId="54EF19BD" w14:textId="77777777" w:rsidR="002E5E21" w:rsidRPr="006A3265" w:rsidRDefault="002E5E21" w:rsidP="00502F90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14:paraId="4C3424D3" w14:textId="77777777" w:rsidR="006A3265" w:rsidRDefault="006A3265" w:rsidP="00502F90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14:paraId="4647B0AA" w14:textId="77777777" w:rsidR="006A3265" w:rsidRDefault="006A3265" w:rsidP="00502F90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14:paraId="1607FA53" w14:textId="77777777" w:rsidR="006A3265" w:rsidRDefault="006A3265" w:rsidP="00502F90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14:paraId="325FD614" w14:textId="77777777" w:rsidR="006A3265" w:rsidRDefault="006A3265" w:rsidP="00502F90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14:paraId="4D30F03D" w14:textId="0F0E4AFF" w:rsidR="005C3AB8" w:rsidRPr="006A3265" w:rsidRDefault="004A654B" w:rsidP="00502F90">
      <w:pPr>
        <w:rPr>
          <w:rFonts w:ascii="Times New Roman" w:hAnsi="Times New Roman" w:cs="Times New Roman"/>
          <w:b/>
          <w:sz w:val="20"/>
          <w:szCs w:val="20"/>
        </w:rPr>
      </w:pPr>
      <w:r w:rsidRPr="006A3265">
        <w:rPr>
          <w:rFonts w:ascii="Times New Roman" w:hAnsi="Times New Roman" w:cs="Times New Roman"/>
          <w:b/>
          <w:sz w:val="20"/>
          <w:szCs w:val="20"/>
          <w:lang w:val="bg-BG"/>
        </w:rPr>
        <w:lastRenderedPageBreak/>
        <w:t>1.</w:t>
      </w:r>
      <w:proofErr w:type="spellStart"/>
      <w:r w:rsidR="00800212" w:rsidRPr="006A3265">
        <w:rPr>
          <w:rFonts w:ascii="Times New Roman" w:hAnsi="Times New Roman" w:cs="Times New Roman"/>
          <w:b/>
          <w:sz w:val="20"/>
          <w:szCs w:val="20"/>
        </w:rPr>
        <w:t>Въведение</w:t>
      </w:r>
      <w:proofErr w:type="spellEnd"/>
    </w:p>
    <w:p w14:paraId="4A9C6816" w14:textId="77777777" w:rsidR="001F2E36" w:rsidRPr="006A3265" w:rsidRDefault="001F2E36" w:rsidP="001F2E36">
      <w:pPr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>Сътрудничеството между детската градина и семейството е важна предпоставка за пълноценното развитие, възпитание и социализация на детето. Успешното партньорство между родители и педагогически специалисти създава благоприятна образователна среда, основана на доверие, взаимно уважение и споделена отговорност за развитието на всяко дете.</w:t>
      </w:r>
    </w:p>
    <w:p w14:paraId="748DF466" w14:textId="77777777" w:rsidR="004A654B" w:rsidRPr="006A3265" w:rsidRDefault="001F2E36" w:rsidP="00502F90">
      <w:pPr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>Работата с родителите е насочена към изграждане на активна общност, която подкрепя образователния процес и участва в живота на детската градина чрез разнообразни инициативи, празници, творчески работилници, спортни и културни събития. Включването на семейството в дейностите на детската градина допринася за създаването на положителни емоционални преживявания, повишава мотивацията на децата и укрепва връзката между институцията и семейството.</w:t>
      </w:r>
    </w:p>
    <w:p w14:paraId="0437B235" w14:textId="01536B2E" w:rsidR="005C3AB8" w:rsidRPr="006A3265" w:rsidRDefault="004A654B" w:rsidP="00502F90">
      <w:pPr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b/>
          <w:sz w:val="20"/>
          <w:szCs w:val="20"/>
          <w:vertAlign w:val="subscript"/>
          <w:lang w:val="bg-BG"/>
        </w:rPr>
        <w:t>2.</w:t>
      </w:r>
      <w:proofErr w:type="spellStart"/>
      <w:r w:rsidR="00800212" w:rsidRPr="006A3265">
        <w:rPr>
          <w:rFonts w:ascii="Times New Roman" w:hAnsi="Times New Roman" w:cs="Times New Roman"/>
          <w:b/>
          <w:sz w:val="20"/>
          <w:szCs w:val="20"/>
          <w:vertAlign w:val="subscript"/>
        </w:rPr>
        <w:t>Основни</w:t>
      </w:r>
      <w:proofErr w:type="spellEnd"/>
      <w:r w:rsidR="00800212" w:rsidRPr="006A3265">
        <w:rPr>
          <w:rFonts w:ascii="Times New Roman" w:hAnsi="Times New Roman" w:cs="Times New Roman"/>
          <w:b/>
          <w:sz w:val="20"/>
          <w:szCs w:val="20"/>
          <w:vertAlign w:val="subscript"/>
        </w:rPr>
        <w:t xml:space="preserve"> </w:t>
      </w:r>
      <w:proofErr w:type="spellStart"/>
      <w:r w:rsidR="00800212" w:rsidRPr="006A3265">
        <w:rPr>
          <w:rFonts w:ascii="Times New Roman" w:hAnsi="Times New Roman" w:cs="Times New Roman"/>
          <w:b/>
          <w:sz w:val="20"/>
          <w:szCs w:val="20"/>
          <w:vertAlign w:val="subscript"/>
        </w:rPr>
        <w:t>цели</w:t>
      </w:r>
      <w:proofErr w:type="spellEnd"/>
    </w:p>
    <w:p w14:paraId="5965079C" w14:textId="77777777" w:rsidR="005D4759" w:rsidRPr="006A3265" w:rsidRDefault="005D4759" w:rsidP="005D4759">
      <w:pPr>
        <w:pStyle w:val="a0"/>
        <w:rPr>
          <w:rFonts w:ascii="Times New Roman" w:hAnsi="Times New Roman" w:cs="Times New Roman"/>
          <w:sz w:val="20"/>
          <w:szCs w:val="20"/>
        </w:rPr>
      </w:pP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Изграждане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поддържане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ефективно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партньорство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между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детската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градина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семейството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интерес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детето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>.</w:t>
      </w:r>
    </w:p>
    <w:p w14:paraId="13E1E476" w14:textId="77777777" w:rsidR="005D4759" w:rsidRPr="006A3265" w:rsidRDefault="005D4759" w:rsidP="005D4759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•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Насърчаване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активното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участие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родителите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образователния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възпитателния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процес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чрез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разнообразни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форми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сътрудничество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>.</w:t>
      </w:r>
    </w:p>
    <w:p w14:paraId="5C062ED9" w14:textId="77777777" w:rsidR="005D4759" w:rsidRPr="006A3265" w:rsidRDefault="005D4759" w:rsidP="005D4759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•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Създаване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условия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споделени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преживявания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между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деца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родители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педагогически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специалисти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които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допринасят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емоционалното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благополучие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децата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>.</w:t>
      </w:r>
    </w:p>
    <w:p w14:paraId="74402C92" w14:textId="77777777" w:rsidR="005D4759" w:rsidRPr="006A3265" w:rsidRDefault="005D4759" w:rsidP="005D4759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•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Подобряване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комуникацията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взаимното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доверие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между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семейството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детската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градина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>.</w:t>
      </w:r>
    </w:p>
    <w:p w14:paraId="5CFAD2E6" w14:textId="77777777" w:rsidR="005D4759" w:rsidRPr="006A3265" w:rsidRDefault="005D4759" w:rsidP="005D4759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•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Подкрепа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родителите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при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отглеждането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възпитанието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развитието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децата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чрез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обмен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информация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добри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практики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>.</w:t>
      </w:r>
    </w:p>
    <w:p w14:paraId="1D79B71F" w14:textId="77777777" w:rsidR="005D4759" w:rsidRPr="006A3265" w:rsidRDefault="005D4759" w:rsidP="005D4759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•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Развитие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социални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комуникативни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творчески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познавателни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умения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децата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чрез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съвместни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семейни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дейности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>.</w:t>
      </w:r>
    </w:p>
    <w:p w14:paraId="6172D383" w14:textId="77777777" w:rsidR="005D4759" w:rsidRPr="006A3265" w:rsidRDefault="005D4759" w:rsidP="005D4759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•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Формиране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чувство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принадлежност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към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общността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детската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градина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създаване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трайни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традиции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сътрудничество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>.</w:t>
      </w:r>
    </w:p>
    <w:p w14:paraId="0D292BB9" w14:textId="77777777" w:rsidR="005D4759" w:rsidRPr="006A3265" w:rsidRDefault="005D4759" w:rsidP="005D4759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•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Стимулиране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семейното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участие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инициативи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свързани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с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културата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спорта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екологичното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възпитание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доброволчеството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гражданската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активност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>.</w:t>
      </w:r>
    </w:p>
    <w:p w14:paraId="63E11FE2" w14:textId="7F7F1798" w:rsidR="005C3AB8" w:rsidRPr="006A3265" w:rsidRDefault="005D4759" w:rsidP="005D4759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•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Създаване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позитивна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подкрепяща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образователна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среда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, в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която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детето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чувства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сигурно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уверено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мотивирано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развитие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>.</w:t>
      </w:r>
    </w:p>
    <w:p w14:paraId="4E9114A4" w14:textId="78436F9E" w:rsidR="005C3AB8" w:rsidRPr="006A3265" w:rsidRDefault="004A654B" w:rsidP="00502F9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A3265">
        <w:rPr>
          <w:rFonts w:ascii="Times New Roman" w:hAnsi="Times New Roman" w:cs="Times New Roman"/>
          <w:b/>
          <w:bCs/>
          <w:sz w:val="20"/>
          <w:szCs w:val="20"/>
          <w:lang w:val="bg-BG"/>
        </w:rPr>
        <w:t>3.</w:t>
      </w:r>
      <w:proofErr w:type="spellStart"/>
      <w:r w:rsidR="00800212" w:rsidRPr="006A3265">
        <w:rPr>
          <w:rFonts w:ascii="Times New Roman" w:hAnsi="Times New Roman" w:cs="Times New Roman"/>
          <w:b/>
          <w:bCs/>
          <w:sz w:val="20"/>
          <w:szCs w:val="20"/>
        </w:rPr>
        <w:t>Очаквани</w:t>
      </w:r>
      <w:proofErr w:type="spellEnd"/>
      <w:r w:rsidR="00800212" w:rsidRPr="006A326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800212" w:rsidRPr="006A3265">
        <w:rPr>
          <w:rFonts w:ascii="Times New Roman" w:hAnsi="Times New Roman" w:cs="Times New Roman"/>
          <w:b/>
          <w:bCs/>
          <w:sz w:val="20"/>
          <w:szCs w:val="20"/>
        </w:rPr>
        <w:t>резултати</w:t>
      </w:r>
      <w:proofErr w:type="spellEnd"/>
    </w:p>
    <w:p w14:paraId="3DC0BFDA" w14:textId="3F6BEE95" w:rsidR="000C2895" w:rsidRPr="006A3265" w:rsidRDefault="00D72C1D" w:rsidP="000C2895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• </w:t>
      </w:r>
      <w:r w:rsidRPr="006A3265">
        <w:rPr>
          <w:rFonts w:ascii="Times New Roman" w:hAnsi="Times New Roman" w:cs="Times New Roman"/>
          <w:sz w:val="20"/>
          <w:szCs w:val="20"/>
          <w:lang w:val="bg-BG"/>
        </w:rPr>
        <w:t>Повишена активност и ангажираност на родителите в живота и дейностите на детската градина.</w:t>
      </w:r>
    </w:p>
    <w:p w14:paraId="50C20CA5" w14:textId="77F4711D" w:rsidR="00D72C1D" w:rsidRPr="006A3265" w:rsidRDefault="00D72C1D" w:rsidP="000C2895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>Изградени отношения на доверие ,уважение и ефе</w:t>
      </w:r>
      <w:r w:rsidR="006A7A96" w:rsidRPr="006A3265">
        <w:rPr>
          <w:rFonts w:ascii="Times New Roman" w:hAnsi="Times New Roman" w:cs="Times New Roman"/>
          <w:sz w:val="20"/>
          <w:szCs w:val="20"/>
          <w:lang w:val="bg-BG"/>
        </w:rPr>
        <w:t>к</w:t>
      </w:r>
      <w:r w:rsidRPr="006A3265">
        <w:rPr>
          <w:rFonts w:ascii="Times New Roman" w:hAnsi="Times New Roman" w:cs="Times New Roman"/>
          <w:sz w:val="20"/>
          <w:szCs w:val="20"/>
          <w:lang w:val="bg-BG"/>
        </w:rPr>
        <w:t>тивно сътрудничество между родители и педагогически специалисти.</w:t>
      </w:r>
    </w:p>
    <w:p w14:paraId="17CEC20C" w14:textId="380DEBEC" w:rsidR="00D72C1D" w:rsidRPr="006A3265" w:rsidRDefault="00D72C1D" w:rsidP="000C2895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>Подобрена комуникация и обмен на информация между семейството и детската градина .</w:t>
      </w:r>
    </w:p>
    <w:p w14:paraId="2A0C61BA" w14:textId="67C37CEB" w:rsidR="00D72C1D" w:rsidRPr="006A3265" w:rsidRDefault="00D72C1D" w:rsidP="000C2895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Създадени положителни емоционални </w:t>
      </w:r>
      <w:proofErr w:type="spellStart"/>
      <w:r w:rsidRPr="006A3265">
        <w:rPr>
          <w:rFonts w:ascii="Times New Roman" w:hAnsi="Times New Roman" w:cs="Times New Roman"/>
          <w:sz w:val="20"/>
          <w:szCs w:val="20"/>
          <w:lang w:val="bg-BG"/>
        </w:rPr>
        <w:t>преживяваня</w:t>
      </w:r>
      <w:proofErr w:type="spellEnd"/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за децата чрез участието на техните родители в образователни ,</w:t>
      </w:r>
      <w:r w:rsidR="006A7A96" w:rsidRPr="006A3265">
        <w:rPr>
          <w:rFonts w:ascii="Times New Roman" w:hAnsi="Times New Roman" w:cs="Times New Roman"/>
          <w:sz w:val="20"/>
          <w:szCs w:val="20"/>
          <w:lang w:val="bg-BG"/>
        </w:rPr>
        <w:t>творчески и празнични инициативи.</w:t>
      </w:r>
    </w:p>
    <w:p w14:paraId="31E63672" w14:textId="2C36B763" w:rsidR="006A7A96" w:rsidRPr="006A3265" w:rsidRDefault="006A7A96" w:rsidP="000C2895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>Повишена мотивация на децата за участие в образователния процес и дейностите на детската градина.</w:t>
      </w:r>
    </w:p>
    <w:p w14:paraId="519C247A" w14:textId="46F04DC1" w:rsidR="006A7A96" w:rsidRPr="006A3265" w:rsidRDefault="006A7A96" w:rsidP="000C2895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>Развитие социални ,комуникативни и творчески и практически умения у децата чрез съвместни семейни дейности.</w:t>
      </w:r>
    </w:p>
    <w:p w14:paraId="4CF079AB" w14:textId="0BE3B0DF" w:rsidR="006A7A96" w:rsidRPr="006A3265" w:rsidRDefault="006A7A96" w:rsidP="000C2895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>Формирано чувство за принадлежност към общността на детската градина и утвърдени традиции за сътрудничество между институцията и семейството.</w:t>
      </w:r>
    </w:p>
    <w:p w14:paraId="53AEE707" w14:textId="3CA961D5" w:rsidR="005C3AB8" w:rsidRPr="006A3265" w:rsidRDefault="005C3AB8" w:rsidP="00D72C1D">
      <w:pPr>
        <w:pStyle w:val="a0"/>
        <w:numPr>
          <w:ilvl w:val="0"/>
          <w:numId w:val="0"/>
        </w:numPr>
        <w:rPr>
          <w:rFonts w:ascii="Times New Roman" w:hAnsi="Times New Roman" w:cs="Times New Roman"/>
          <w:sz w:val="20"/>
          <w:szCs w:val="20"/>
        </w:rPr>
      </w:pPr>
    </w:p>
    <w:p w14:paraId="2CC5D2CD" w14:textId="47EA32EC" w:rsidR="00502F90" w:rsidRPr="006A3265" w:rsidRDefault="00DC6D0E" w:rsidP="00DC6D0E">
      <w:pPr>
        <w:pStyle w:val="a0"/>
        <w:numPr>
          <w:ilvl w:val="0"/>
          <w:numId w:val="0"/>
        </w:numPr>
        <w:rPr>
          <w:rFonts w:ascii="Times New Roman" w:hAnsi="Times New Roman" w:cs="Times New Roman"/>
          <w:b/>
          <w:sz w:val="20"/>
          <w:szCs w:val="20"/>
        </w:rPr>
      </w:pPr>
      <w:r w:rsidRPr="006A3265">
        <w:rPr>
          <w:rFonts w:ascii="Times New Roman" w:hAnsi="Times New Roman" w:cs="Times New Roman"/>
          <w:b/>
          <w:sz w:val="20"/>
          <w:szCs w:val="20"/>
          <w:lang w:val="bg-BG"/>
        </w:rPr>
        <w:t xml:space="preserve">       </w:t>
      </w:r>
      <w:r w:rsidR="00502F90" w:rsidRPr="006A3265">
        <w:rPr>
          <w:rFonts w:ascii="Times New Roman" w:hAnsi="Times New Roman" w:cs="Times New Roman"/>
          <w:b/>
          <w:sz w:val="20"/>
          <w:szCs w:val="20"/>
          <w:lang w:val="bg-BG"/>
        </w:rPr>
        <w:t>Дейности</w:t>
      </w:r>
      <w:r w:rsidRPr="006A3265">
        <w:rPr>
          <w:rFonts w:ascii="Times New Roman" w:hAnsi="Times New Roman" w:cs="Times New Roman"/>
          <w:b/>
          <w:sz w:val="20"/>
          <w:szCs w:val="20"/>
          <w:lang w:val="bg-BG"/>
        </w:rPr>
        <w:t>:</w:t>
      </w:r>
    </w:p>
    <w:p w14:paraId="3C34D2B9" w14:textId="77777777" w:rsidR="00502F90" w:rsidRPr="006A3265" w:rsidRDefault="00502F90" w:rsidP="00502F90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</w:rPr>
      </w:pPr>
    </w:p>
    <w:p w14:paraId="15B84E3E" w14:textId="7D3CAE76" w:rsidR="00B11289" w:rsidRPr="006A3265" w:rsidRDefault="00B11289" w:rsidP="00B11289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/>
          <w:bCs/>
          <w:sz w:val="20"/>
          <w:szCs w:val="20"/>
        </w:rPr>
      </w:pPr>
      <w:r w:rsidRPr="006A326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b/>
          <w:bCs/>
          <w:sz w:val="20"/>
          <w:szCs w:val="20"/>
        </w:rPr>
        <w:t>Септември</w:t>
      </w:r>
      <w:proofErr w:type="spellEnd"/>
    </w:p>
    <w:p w14:paraId="5A9E5D70" w14:textId="4E1AC692" w:rsidR="00B11289" w:rsidRPr="006A3265" w:rsidRDefault="00B11289" w:rsidP="00B11289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1.Родителски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срещи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групи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>.</w:t>
      </w:r>
    </w:p>
    <w:p w14:paraId="1DA9F1B8" w14:textId="2A24C2F0" w:rsidR="00BD5178" w:rsidRPr="006A3265" w:rsidRDefault="00BD5178" w:rsidP="00BD5178">
      <w:pPr>
        <w:pStyle w:val="14"/>
        <w:spacing w:after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6A3265">
        <w:rPr>
          <w:rFonts w:ascii="Times New Roman" w:hAnsi="Times New Roman"/>
          <w:sz w:val="20"/>
          <w:szCs w:val="20"/>
        </w:rPr>
        <w:t xml:space="preserve">             </w:t>
      </w:r>
      <w:r w:rsidRPr="006A3265">
        <w:rPr>
          <w:rFonts w:ascii="Times New Roman" w:hAnsi="Times New Roman"/>
          <w:sz w:val="20"/>
          <w:szCs w:val="20"/>
          <w:lang w:val="bg-BG"/>
        </w:rPr>
        <w:t xml:space="preserve"> </w:t>
      </w:r>
      <w:r w:rsidR="00F33960" w:rsidRPr="006A3265">
        <w:rPr>
          <w:rFonts w:ascii="Times New Roman" w:hAnsi="Times New Roman"/>
          <w:sz w:val="20"/>
          <w:szCs w:val="20"/>
          <w:lang w:val="bg-BG"/>
        </w:rPr>
        <w:t xml:space="preserve">                        Срок: </w:t>
      </w:r>
      <w:r w:rsidR="00F33960" w:rsidRPr="006A3265">
        <w:rPr>
          <w:rFonts w:ascii="Times New Roman" w:hAnsi="Times New Roman"/>
          <w:sz w:val="20"/>
          <w:szCs w:val="20"/>
        </w:rPr>
        <w:t>24</w:t>
      </w:r>
      <w:r w:rsidRPr="006A3265">
        <w:rPr>
          <w:rFonts w:ascii="Times New Roman" w:hAnsi="Times New Roman"/>
          <w:sz w:val="20"/>
          <w:szCs w:val="20"/>
          <w:lang w:val="bg-BG"/>
        </w:rPr>
        <w:t>.09.2</w:t>
      </w:r>
      <w:r w:rsidR="00BA0D7E" w:rsidRPr="006A3265">
        <w:rPr>
          <w:rFonts w:ascii="Times New Roman" w:hAnsi="Times New Roman"/>
          <w:sz w:val="20"/>
          <w:szCs w:val="20"/>
          <w:lang w:val="bg-BG"/>
        </w:rPr>
        <w:t>026</w:t>
      </w:r>
      <w:r w:rsidRPr="006A3265">
        <w:rPr>
          <w:rFonts w:ascii="Times New Roman" w:hAnsi="Times New Roman"/>
          <w:sz w:val="20"/>
          <w:szCs w:val="20"/>
          <w:lang w:val="bg-BG"/>
        </w:rPr>
        <w:t>г</w:t>
      </w:r>
    </w:p>
    <w:p w14:paraId="00BAAF07" w14:textId="1BAAEC0C" w:rsidR="00BD5178" w:rsidRPr="006A3265" w:rsidRDefault="00BD5178" w:rsidP="00BD5178">
      <w:pPr>
        <w:pStyle w:val="14"/>
        <w:spacing w:after="0" w:line="240" w:lineRule="auto"/>
        <w:ind w:left="0"/>
        <w:jc w:val="right"/>
        <w:rPr>
          <w:rFonts w:ascii="Times New Roman" w:hAnsi="Times New Roman"/>
          <w:sz w:val="20"/>
          <w:szCs w:val="20"/>
          <w:lang w:val="bg-BG"/>
        </w:rPr>
      </w:pPr>
      <w:proofErr w:type="spellStart"/>
      <w:r w:rsidRPr="006A3265">
        <w:rPr>
          <w:rFonts w:ascii="Times New Roman" w:hAnsi="Times New Roman"/>
          <w:sz w:val="20"/>
          <w:szCs w:val="20"/>
          <w:lang w:val="bg-BG"/>
        </w:rPr>
        <w:t>Отг</w:t>
      </w:r>
      <w:proofErr w:type="spellEnd"/>
      <w:r w:rsidRPr="006A3265">
        <w:rPr>
          <w:rFonts w:ascii="Times New Roman" w:hAnsi="Times New Roman"/>
          <w:sz w:val="20"/>
          <w:szCs w:val="20"/>
          <w:lang w:val="bg-BG"/>
        </w:rPr>
        <w:t>: Учителки по групи</w:t>
      </w:r>
    </w:p>
    <w:p w14:paraId="222216B6" w14:textId="10CE1185" w:rsidR="00BD5178" w:rsidRPr="006A3265" w:rsidRDefault="00BD5178" w:rsidP="00BD5178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</w:rPr>
      </w:pPr>
    </w:p>
    <w:p w14:paraId="08738561" w14:textId="77777777" w:rsidR="00B11289" w:rsidRPr="006A3265" w:rsidRDefault="00B11289" w:rsidP="00B11289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2.Оформяне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информационни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табла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>.</w:t>
      </w:r>
    </w:p>
    <w:p w14:paraId="5642FF2A" w14:textId="062390AB" w:rsidR="00BD5178" w:rsidRPr="006A3265" w:rsidRDefault="00BD5178" w:rsidP="00BD5178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Отг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.: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Учителки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групи</w:t>
      </w:r>
      <w:proofErr w:type="spellEnd"/>
    </w:p>
    <w:p w14:paraId="072E57CA" w14:textId="32A6E010" w:rsidR="00BD5178" w:rsidRPr="006A3265" w:rsidRDefault="00BD5178" w:rsidP="00BD5178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</w:t>
      </w:r>
      <w:r w:rsidR="00BA0D7E" w:rsidRPr="006A3265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spellStart"/>
      <w:r w:rsidR="00BA0D7E" w:rsidRPr="006A3265">
        <w:rPr>
          <w:rFonts w:ascii="Times New Roman" w:hAnsi="Times New Roman" w:cs="Times New Roman"/>
          <w:sz w:val="20"/>
          <w:szCs w:val="20"/>
        </w:rPr>
        <w:t>Срок</w:t>
      </w:r>
      <w:proofErr w:type="spellEnd"/>
      <w:r w:rsidR="00BA0D7E" w:rsidRPr="006A3265">
        <w:rPr>
          <w:rFonts w:ascii="Times New Roman" w:hAnsi="Times New Roman" w:cs="Times New Roman"/>
          <w:sz w:val="20"/>
          <w:szCs w:val="20"/>
        </w:rPr>
        <w:t>: 1</w:t>
      </w:r>
      <w:r w:rsidR="00F33960" w:rsidRPr="006A3265">
        <w:rPr>
          <w:rFonts w:ascii="Times New Roman" w:hAnsi="Times New Roman" w:cs="Times New Roman"/>
          <w:sz w:val="20"/>
          <w:szCs w:val="20"/>
        </w:rPr>
        <w:t>5</w:t>
      </w:r>
      <w:r w:rsidR="00BA0D7E" w:rsidRPr="006A3265">
        <w:rPr>
          <w:rFonts w:ascii="Times New Roman" w:hAnsi="Times New Roman" w:cs="Times New Roman"/>
          <w:sz w:val="20"/>
          <w:szCs w:val="20"/>
        </w:rPr>
        <w:t>.09.202</w:t>
      </w:r>
      <w:r w:rsidR="00BA0D7E" w:rsidRPr="006A3265">
        <w:rPr>
          <w:rFonts w:ascii="Times New Roman" w:hAnsi="Times New Roman" w:cs="Times New Roman"/>
          <w:sz w:val="20"/>
          <w:szCs w:val="20"/>
          <w:lang w:val="bg-BG"/>
        </w:rPr>
        <w:t>6</w:t>
      </w:r>
      <w:r w:rsidRPr="006A3265">
        <w:rPr>
          <w:rFonts w:ascii="Times New Roman" w:hAnsi="Times New Roman" w:cs="Times New Roman"/>
          <w:sz w:val="20"/>
          <w:szCs w:val="20"/>
        </w:rPr>
        <w:t>г.</w:t>
      </w:r>
    </w:p>
    <w:p w14:paraId="7527626B" w14:textId="77777777" w:rsidR="00B11289" w:rsidRPr="006A3265" w:rsidRDefault="00B11289" w:rsidP="00B11289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52D09F19" w14:textId="1BFDDD81" w:rsidR="00B11289" w:rsidRPr="006A3265" w:rsidRDefault="00B11289" w:rsidP="00B11289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6A3265">
        <w:rPr>
          <w:rFonts w:ascii="Times New Roman" w:hAnsi="Times New Roman" w:cs="Times New Roman"/>
          <w:b/>
          <w:bCs/>
          <w:sz w:val="20"/>
          <w:szCs w:val="20"/>
        </w:rPr>
        <w:t>Октомври</w:t>
      </w:r>
      <w:proofErr w:type="spellEnd"/>
    </w:p>
    <w:p w14:paraId="28745927" w14:textId="77777777" w:rsidR="00B11289" w:rsidRPr="006A3265" w:rsidRDefault="00B11289" w:rsidP="00B11289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Ден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отворените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врати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–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всеки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първи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вторник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месеца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>.</w:t>
      </w:r>
    </w:p>
    <w:p w14:paraId="1D71AE2A" w14:textId="237FD5E4" w:rsidR="00BD5178" w:rsidRPr="006A3265" w:rsidRDefault="00BD5178" w:rsidP="00BD5178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="00C558C9" w:rsidRPr="006A3265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Отг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.: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учители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групи</w:t>
      </w:r>
      <w:proofErr w:type="spellEnd"/>
    </w:p>
    <w:p w14:paraId="6BA99F1F" w14:textId="77777777" w:rsidR="00BD5178" w:rsidRPr="006A3265" w:rsidRDefault="00BD5178" w:rsidP="00BD5178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</w:rPr>
      </w:pPr>
    </w:p>
    <w:p w14:paraId="128CE332" w14:textId="02982D9A" w:rsidR="00B11289" w:rsidRPr="006A3265" w:rsidRDefault="00B11289" w:rsidP="00BD5178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</w:rPr>
        <w:t>2. „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Ес</w:t>
      </w:r>
      <w:r w:rsidR="00AE3DA6" w:rsidRPr="006A3265">
        <w:rPr>
          <w:rFonts w:ascii="Times New Roman" w:hAnsi="Times New Roman" w:cs="Times New Roman"/>
          <w:sz w:val="20"/>
          <w:szCs w:val="20"/>
        </w:rPr>
        <w:t>ен</w:t>
      </w:r>
      <w:proofErr w:type="spellEnd"/>
      <w:r w:rsidR="00AE3DA6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на </w:t>
      </w:r>
      <w:proofErr w:type="gramStart"/>
      <w:r w:rsidR="00AE3DA6" w:rsidRPr="006A3265">
        <w:rPr>
          <w:rFonts w:ascii="Times New Roman" w:hAnsi="Times New Roman" w:cs="Times New Roman"/>
          <w:sz w:val="20"/>
          <w:szCs w:val="20"/>
          <w:lang w:val="bg-BG"/>
        </w:rPr>
        <w:t>палитра</w:t>
      </w:r>
      <w:r w:rsidRPr="006A3265">
        <w:rPr>
          <w:rFonts w:ascii="Times New Roman" w:hAnsi="Times New Roman" w:cs="Times New Roman"/>
          <w:sz w:val="20"/>
          <w:szCs w:val="20"/>
        </w:rPr>
        <w:t xml:space="preserve">“  </w:t>
      </w:r>
      <w:proofErr w:type="gramEnd"/>
      <w:r w:rsidRPr="006A3265">
        <w:rPr>
          <w:rFonts w:ascii="Times New Roman" w:hAnsi="Times New Roman" w:cs="Times New Roman"/>
          <w:sz w:val="20"/>
          <w:szCs w:val="20"/>
        </w:rPr>
        <w:t xml:space="preserve">- </w:t>
      </w:r>
      <w:r w:rsidR="00F33960" w:rsidRPr="006A3265">
        <w:rPr>
          <w:rFonts w:ascii="Times New Roman" w:hAnsi="Times New Roman" w:cs="Times New Roman"/>
          <w:sz w:val="20"/>
          <w:szCs w:val="20"/>
          <w:lang w:val="bg-BG"/>
        </w:rPr>
        <w:t>есенен конкурс от природни материали изработени съвместно от деца и родители</w:t>
      </w:r>
    </w:p>
    <w:p w14:paraId="02C60A36" w14:textId="69FB239E" w:rsidR="00BD5178" w:rsidRPr="006A3265" w:rsidRDefault="00BD5178" w:rsidP="00BD5178">
      <w:pPr>
        <w:jc w:val="right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67F2B" w:rsidRPr="006A3265">
        <w:rPr>
          <w:rFonts w:ascii="Times New Roman" w:hAnsi="Times New Roman" w:cs="Times New Roman"/>
          <w:sz w:val="20"/>
          <w:szCs w:val="20"/>
        </w:rPr>
        <w:t>Срок</w:t>
      </w:r>
      <w:proofErr w:type="spellEnd"/>
      <w:r w:rsidR="00A67F2B" w:rsidRPr="006A3265">
        <w:rPr>
          <w:rFonts w:ascii="Times New Roman" w:hAnsi="Times New Roman" w:cs="Times New Roman"/>
          <w:sz w:val="20"/>
          <w:szCs w:val="20"/>
        </w:rPr>
        <w:t>: 30.10.202</w:t>
      </w:r>
      <w:r w:rsidR="00A67F2B" w:rsidRPr="006A3265">
        <w:rPr>
          <w:rFonts w:ascii="Times New Roman" w:hAnsi="Times New Roman" w:cs="Times New Roman"/>
          <w:sz w:val="20"/>
          <w:szCs w:val="20"/>
          <w:lang w:val="bg-BG"/>
        </w:rPr>
        <w:t>6</w:t>
      </w:r>
      <w:r w:rsidRPr="006A3265">
        <w:rPr>
          <w:rFonts w:ascii="Times New Roman" w:hAnsi="Times New Roman" w:cs="Times New Roman"/>
          <w:sz w:val="20"/>
          <w:szCs w:val="20"/>
        </w:rPr>
        <w:t>г.</w:t>
      </w:r>
    </w:p>
    <w:p w14:paraId="654A6012" w14:textId="2472755F" w:rsidR="00BD5178" w:rsidRPr="006A3265" w:rsidRDefault="00BD5178" w:rsidP="00BD5178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 w:rsidR="00C558C9" w:rsidRPr="006A3265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Отг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.: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учители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групи</w:t>
      </w:r>
      <w:proofErr w:type="spellEnd"/>
    </w:p>
    <w:p w14:paraId="41F4A737" w14:textId="401AB5BC" w:rsidR="00B11289" w:rsidRPr="006A3265" w:rsidRDefault="00B11289" w:rsidP="00B11289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</w:p>
    <w:p w14:paraId="14E8B979" w14:textId="77777777" w:rsidR="00E81804" w:rsidRPr="006A3265" w:rsidRDefault="00E81804" w:rsidP="00B11289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</w:p>
    <w:p w14:paraId="61BFCFB5" w14:textId="48832930" w:rsidR="00B11289" w:rsidRPr="006A3265" w:rsidRDefault="00DC6D0E" w:rsidP="00DC6D0E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</w:t>
      </w:r>
      <w:proofErr w:type="spellStart"/>
      <w:r w:rsidR="00B11289" w:rsidRPr="006A3265">
        <w:rPr>
          <w:rFonts w:ascii="Times New Roman" w:hAnsi="Times New Roman" w:cs="Times New Roman"/>
          <w:b/>
          <w:bCs/>
          <w:sz w:val="20"/>
          <w:szCs w:val="20"/>
        </w:rPr>
        <w:t>Ноември</w:t>
      </w:r>
      <w:proofErr w:type="spellEnd"/>
    </w:p>
    <w:p w14:paraId="16902DB8" w14:textId="55FE56D5" w:rsidR="00B11289" w:rsidRPr="006A3265" w:rsidRDefault="00F33960" w:rsidP="00B11289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>1. „</w:t>
      </w: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Аз и татко „-седмица на </w:t>
      </w:r>
      <w:proofErr w:type="gramStart"/>
      <w:r w:rsidRPr="006A3265">
        <w:rPr>
          <w:rFonts w:ascii="Times New Roman" w:hAnsi="Times New Roman" w:cs="Times New Roman"/>
          <w:sz w:val="20"/>
          <w:szCs w:val="20"/>
          <w:lang w:val="bg-BG"/>
        </w:rPr>
        <w:t>бащата ,инициативи</w:t>
      </w:r>
      <w:proofErr w:type="gramEnd"/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по групи</w:t>
      </w:r>
    </w:p>
    <w:p w14:paraId="40889F97" w14:textId="77777777" w:rsidR="00C558C9" w:rsidRPr="006A3265" w:rsidRDefault="00056B6B" w:rsidP="00056B6B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  <w:r w:rsidR="00C558C9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</w:t>
      </w:r>
    </w:p>
    <w:p w14:paraId="3420BBF4" w14:textId="30F1FEC9" w:rsidR="00056B6B" w:rsidRPr="006A3265" w:rsidRDefault="00C558C9" w:rsidP="00056B6B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</w:t>
      </w:r>
      <w:r w:rsidR="00F33960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</w:t>
      </w:r>
      <w:proofErr w:type="spellStart"/>
      <w:r w:rsidR="00F33960" w:rsidRPr="006A3265">
        <w:rPr>
          <w:rFonts w:ascii="Times New Roman" w:hAnsi="Times New Roman" w:cs="Times New Roman"/>
          <w:sz w:val="20"/>
          <w:szCs w:val="20"/>
        </w:rPr>
        <w:t>Срок</w:t>
      </w:r>
      <w:proofErr w:type="spellEnd"/>
      <w:r w:rsidR="00F33960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02.11-06.11.2026г</w:t>
      </w:r>
    </w:p>
    <w:p w14:paraId="3436B2F4" w14:textId="4CAD7629" w:rsidR="00B11289" w:rsidRPr="006A3265" w:rsidRDefault="004E0EC1" w:rsidP="004E0EC1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   </w:t>
      </w:r>
      <w:r w:rsidR="00056B6B" w:rsidRPr="006A326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  <w:r w:rsidR="00EA0A17" w:rsidRPr="006A3265">
        <w:rPr>
          <w:rFonts w:ascii="Times New Roman" w:hAnsi="Times New Roman" w:cs="Times New Roman"/>
          <w:sz w:val="20"/>
          <w:szCs w:val="20"/>
        </w:rPr>
        <w:t xml:space="preserve">     </w:t>
      </w:r>
      <w:r w:rsidR="00C558C9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="00EA0A17" w:rsidRPr="006A3265">
        <w:rPr>
          <w:rFonts w:ascii="Times New Roman" w:hAnsi="Times New Roman" w:cs="Times New Roman"/>
          <w:sz w:val="20"/>
          <w:szCs w:val="20"/>
        </w:rPr>
        <w:t>Отг</w:t>
      </w:r>
      <w:proofErr w:type="spellEnd"/>
      <w:r w:rsidR="00EA0A17" w:rsidRPr="006A3265">
        <w:rPr>
          <w:rFonts w:ascii="Times New Roman" w:hAnsi="Times New Roman" w:cs="Times New Roman"/>
          <w:sz w:val="20"/>
          <w:szCs w:val="20"/>
        </w:rPr>
        <w:t xml:space="preserve">. </w:t>
      </w:r>
      <w:r w:rsidR="00EA0A17" w:rsidRPr="006A3265">
        <w:rPr>
          <w:rFonts w:ascii="Times New Roman" w:hAnsi="Times New Roman" w:cs="Times New Roman"/>
          <w:sz w:val="20"/>
          <w:szCs w:val="20"/>
          <w:lang w:val="bg-BG"/>
        </w:rPr>
        <w:t>Учители трета и четвърта група</w:t>
      </w:r>
    </w:p>
    <w:p w14:paraId="4EC843A7" w14:textId="77777777" w:rsidR="00F33960" w:rsidRPr="006A3265" w:rsidRDefault="00F33960" w:rsidP="004E0EC1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</w:p>
    <w:p w14:paraId="359AD7A4" w14:textId="70DBD5F3" w:rsidR="004E0EC1" w:rsidRPr="006A3265" w:rsidRDefault="00F33960" w:rsidP="004E0EC1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>2.“Семейна лаборатория „</w:t>
      </w:r>
      <w:r w:rsidRPr="006A3265">
        <w:rPr>
          <w:rFonts w:ascii="Times New Roman" w:hAnsi="Times New Roman" w:cs="Times New Roman"/>
          <w:sz w:val="20"/>
          <w:szCs w:val="20"/>
        </w:rPr>
        <w:t>STEM</w:t>
      </w:r>
      <w:r w:rsidRPr="006A3265">
        <w:rPr>
          <w:rFonts w:ascii="Times New Roman" w:hAnsi="Times New Roman" w:cs="Times New Roman"/>
          <w:sz w:val="20"/>
          <w:szCs w:val="20"/>
          <w:lang w:val="bg-BG"/>
        </w:rPr>
        <w:t>„-експерименти и дейности съвместно с родители</w:t>
      </w:r>
    </w:p>
    <w:p w14:paraId="66B5BB98" w14:textId="1775754D" w:rsidR="004E0EC1" w:rsidRPr="006A3265" w:rsidRDefault="004E0EC1" w:rsidP="004E0EC1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      </w:t>
      </w:r>
      <w:r w:rsidR="00C62A12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</w:t>
      </w:r>
      <w:r w:rsidR="00F33960" w:rsidRPr="006A3265">
        <w:rPr>
          <w:rFonts w:ascii="Times New Roman" w:hAnsi="Times New Roman" w:cs="Times New Roman"/>
          <w:sz w:val="20"/>
          <w:szCs w:val="20"/>
          <w:lang w:val="bg-BG"/>
        </w:rPr>
        <w:t>Срок: 19</w:t>
      </w:r>
      <w:r w:rsidRPr="006A3265">
        <w:rPr>
          <w:rFonts w:ascii="Times New Roman" w:hAnsi="Times New Roman" w:cs="Times New Roman"/>
          <w:sz w:val="20"/>
          <w:szCs w:val="20"/>
          <w:lang w:val="bg-BG"/>
        </w:rPr>
        <w:t>.11.2026г.</w:t>
      </w:r>
    </w:p>
    <w:p w14:paraId="18F160D9" w14:textId="195CAFF8" w:rsidR="004E0EC1" w:rsidRPr="006A3265" w:rsidRDefault="004E0EC1" w:rsidP="004E0EC1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   </w:t>
      </w:r>
      <w:r w:rsidR="00F33960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</w:t>
      </w:r>
      <w:proofErr w:type="spellStart"/>
      <w:r w:rsidR="00F33960" w:rsidRPr="006A3265">
        <w:rPr>
          <w:rFonts w:ascii="Times New Roman" w:hAnsi="Times New Roman" w:cs="Times New Roman"/>
          <w:sz w:val="20"/>
          <w:szCs w:val="20"/>
          <w:lang w:val="bg-BG"/>
        </w:rPr>
        <w:t>Отг:Трета</w:t>
      </w:r>
      <w:proofErr w:type="spellEnd"/>
      <w:r w:rsidR="00F33960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и четвърта група</w:t>
      </w:r>
    </w:p>
    <w:p w14:paraId="13D76A34" w14:textId="77777777" w:rsidR="00F33960" w:rsidRPr="006A3265" w:rsidRDefault="00F33960" w:rsidP="004E0EC1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</w:p>
    <w:p w14:paraId="2659DCBF" w14:textId="5670E17B" w:rsidR="00C93530" w:rsidRPr="006A3265" w:rsidRDefault="00C93530" w:rsidP="004E0EC1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</w:p>
    <w:p w14:paraId="317BFC94" w14:textId="60FDD4F4" w:rsidR="00B11289" w:rsidRPr="006A3265" w:rsidRDefault="00B11289" w:rsidP="00DC6D0E">
      <w:pPr>
        <w:pStyle w:val="a0"/>
        <w:numPr>
          <w:ilvl w:val="0"/>
          <w:numId w:val="0"/>
        </w:numPr>
        <w:rPr>
          <w:rFonts w:ascii="Times New Roman" w:hAnsi="Times New Roman" w:cs="Times New Roman"/>
          <w:sz w:val="20"/>
          <w:szCs w:val="20"/>
          <w:lang w:val="bg-BG"/>
        </w:rPr>
      </w:pPr>
      <w:proofErr w:type="spellStart"/>
      <w:r w:rsidRPr="006A3265">
        <w:rPr>
          <w:rFonts w:ascii="Times New Roman" w:hAnsi="Times New Roman" w:cs="Times New Roman"/>
          <w:b/>
          <w:bCs/>
          <w:sz w:val="20"/>
          <w:szCs w:val="20"/>
        </w:rPr>
        <w:t>Декември</w:t>
      </w:r>
      <w:proofErr w:type="spellEnd"/>
    </w:p>
    <w:p w14:paraId="32B6DA25" w14:textId="1666DC6F" w:rsidR="00056B6B" w:rsidRPr="006A3265" w:rsidRDefault="00056B6B" w:rsidP="00074945">
      <w:pPr>
        <w:pStyle w:val="a0"/>
        <w:numPr>
          <w:ilvl w:val="0"/>
          <w:numId w:val="0"/>
        </w:numPr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  <w:r w:rsidR="00074945" w:rsidRPr="006A3265">
        <w:rPr>
          <w:rFonts w:ascii="Times New Roman" w:hAnsi="Times New Roman" w:cs="Times New Roman"/>
          <w:sz w:val="20"/>
          <w:szCs w:val="20"/>
        </w:rPr>
        <w:t xml:space="preserve">             </w:t>
      </w:r>
    </w:p>
    <w:p w14:paraId="4216B13E" w14:textId="49066BEA" w:rsidR="00D2379D" w:rsidRPr="006A3265" w:rsidRDefault="00074945" w:rsidP="00074945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1</w:t>
      </w:r>
      <w:r w:rsidR="00D2379D" w:rsidRPr="006A3265">
        <w:rPr>
          <w:rFonts w:ascii="Times New Roman" w:hAnsi="Times New Roman" w:cs="Times New Roman"/>
          <w:sz w:val="20"/>
          <w:szCs w:val="20"/>
          <w:lang w:val="bg-BG"/>
        </w:rPr>
        <w:t>.“Болното зайче“-Здравна беседа с участието на медицинската сестра  и родители ,които работят в здравни заведения  във връзка със здравното образование на децата.</w:t>
      </w:r>
    </w:p>
    <w:p w14:paraId="007EB0E4" w14:textId="481DFE19" w:rsidR="005C2B8A" w:rsidRPr="006A3265" w:rsidRDefault="005C2B8A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                      Срок 11.12.2026г.</w:t>
      </w:r>
    </w:p>
    <w:p w14:paraId="1754CD2F" w14:textId="1C8F7E50" w:rsidR="005C2B8A" w:rsidRPr="006A3265" w:rsidRDefault="005C2B8A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    </w:t>
      </w:r>
      <w:r w:rsidR="00074945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Отг.Учители по групи</w:t>
      </w:r>
    </w:p>
    <w:p w14:paraId="4FA96720" w14:textId="77777777" w:rsidR="00074945" w:rsidRPr="006A3265" w:rsidRDefault="00074945" w:rsidP="00074945">
      <w:pPr>
        <w:pStyle w:val="a0"/>
        <w:numPr>
          <w:ilvl w:val="0"/>
          <w:numId w:val="0"/>
        </w:numPr>
        <w:rPr>
          <w:rFonts w:ascii="Times New Roman" w:hAnsi="Times New Roman" w:cs="Times New Roman"/>
          <w:b/>
          <w:bCs/>
          <w:sz w:val="20"/>
          <w:szCs w:val="20"/>
          <w:lang w:val="bg-BG"/>
        </w:rPr>
      </w:pPr>
    </w:p>
    <w:p w14:paraId="46E2C978" w14:textId="77777777" w:rsidR="00B11289" w:rsidRPr="006A3265" w:rsidRDefault="00B11289" w:rsidP="00B11289">
      <w:pPr>
        <w:pStyle w:val="a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6A3265">
        <w:rPr>
          <w:rFonts w:ascii="Times New Roman" w:hAnsi="Times New Roman" w:cs="Times New Roman"/>
          <w:b/>
          <w:bCs/>
          <w:sz w:val="20"/>
          <w:szCs w:val="20"/>
        </w:rPr>
        <w:t>Януари</w:t>
      </w:r>
      <w:proofErr w:type="spellEnd"/>
    </w:p>
    <w:p w14:paraId="0557E527" w14:textId="21F93B4A" w:rsidR="00B11289" w:rsidRPr="006A3265" w:rsidRDefault="00074945" w:rsidP="00727538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</w:rPr>
        <w:t>1</w:t>
      </w: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.“Традиции от бабиния </w:t>
      </w:r>
      <w:proofErr w:type="gramStart"/>
      <w:r w:rsidRPr="006A3265">
        <w:rPr>
          <w:rFonts w:ascii="Times New Roman" w:hAnsi="Times New Roman" w:cs="Times New Roman"/>
          <w:sz w:val="20"/>
          <w:szCs w:val="20"/>
          <w:lang w:val="bg-BG"/>
        </w:rPr>
        <w:t>сандък“</w:t>
      </w:r>
      <w:proofErr w:type="gramEnd"/>
      <w:r w:rsidRPr="006A3265">
        <w:rPr>
          <w:rFonts w:ascii="Times New Roman" w:hAnsi="Times New Roman" w:cs="Times New Roman"/>
          <w:sz w:val="20"/>
          <w:szCs w:val="20"/>
          <w:lang w:val="bg-BG"/>
        </w:rPr>
        <w:t>-Запознаване с българският обичай Бабинден-/омесване на празнична пита с баба/инициативи по групи/</w:t>
      </w:r>
    </w:p>
    <w:p w14:paraId="64AB7D77" w14:textId="77777777" w:rsidR="00074945" w:rsidRPr="006A3265" w:rsidRDefault="00074945" w:rsidP="00727538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</w:p>
    <w:p w14:paraId="71643F6D" w14:textId="57CA0353" w:rsidR="00074945" w:rsidRPr="006A3265" w:rsidRDefault="00074945" w:rsidP="00727538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lastRenderedPageBreak/>
        <w:t xml:space="preserve">                                                                         Срок:21.01.2027г.</w:t>
      </w:r>
    </w:p>
    <w:p w14:paraId="2DE2259F" w14:textId="7BEE7AB0" w:rsidR="00074945" w:rsidRPr="006A3265" w:rsidRDefault="00074945" w:rsidP="00727538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Отговорник :Учители по групи</w:t>
      </w:r>
    </w:p>
    <w:p w14:paraId="1BCEF24D" w14:textId="5E5F34BF" w:rsidR="00ED29DC" w:rsidRPr="006A3265" w:rsidRDefault="00ED29DC" w:rsidP="00727538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</w:t>
      </w:r>
      <w:r w:rsidR="00074945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</w:t>
      </w:r>
    </w:p>
    <w:p w14:paraId="17FEB381" w14:textId="46D1A745" w:rsidR="00B11289" w:rsidRPr="006A3265" w:rsidRDefault="00074945" w:rsidP="00074945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</w:t>
      </w:r>
      <w:proofErr w:type="spellStart"/>
      <w:r w:rsidR="00B11289" w:rsidRPr="006A3265">
        <w:rPr>
          <w:rFonts w:ascii="Times New Roman" w:hAnsi="Times New Roman" w:cs="Times New Roman"/>
          <w:b/>
          <w:bCs/>
          <w:sz w:val="20"/>
          <w:szCs w:val="20"/>
        </w:rPr>
        <w:t>Февруари</w:t>
      </w:r>
      <w:proofErr w:type="spellEnd"/>
    </w:p>
    <w:p w14:paraId="21392765" w14:textId="1479EFB2" w:rsidR="00B11289" w:rsidRPr="006A3265" w:rsidRDefault="00074945" w:rsidP="00B11289">
      <w:pPr>
        <w:pStyle w:val="a0"/>
        <w:rPr>
          <w:rFonts w:ascii="Times New Roman" w:hAnsi="Times New Roman" w:cs="Times New Roman"/>
          <w:sz w:val="20"/>
          <w:szCs w:val="20"/>
        </w:rPr>
      </w:pPr>
      <w:proofErr w:type="gramStart"/>
      <w:r w:rsidRPr="006A3265">
        <w:rPr>
          <w:rFonts w:ascii="Times New Roman" w:hAnsi="Times New Roman" w:cs="Times New Roman"/>
          <w:sz w:val="20"/>
          <w:szCs w:val="20"/>
        </w:rPr>
        <w:t>1.,,</w:t>
      </w:r>
      <w:proofErr w:type="gramEnd"/>
      <w:r w:rsidRPr="006A3265">
        <w:rPr>
          <w:rFonts w:ascii="Times New Roman" w:hAnsi="Times New Roman" w:cs="Times New Roman"/>
          <w:sz w:val="20"/>
          <w:szCs w:val="20"/>
          <w:lang w:val="bg-BG"/>
        </w:rPr>
        <w:t>Участие на деца и родители в регионалния конкурс „</w:t>
      </w:r>
      <w:proofErr w:type="spellStart"/>
      <w:r w:rsidRPr="006A3265">
        <w:rPr>
          <w:rFonts w:ascii="Times New Roman" w:hAnsi="Times New Roman" w:cs="Times New Roman"/>
          <w:sz w:val="20"/>
          <w:szCs w:val="20"/>
          <w:lang w:val="bg-BG"/>
        </w:rPr>
        <w:t>Мартичка</w:t>
      </w:r>
      <w:proofErr w:type="spellEnd"/>
      <w:r w:rsidRPr="006A3265">
        <w:rPr>
          <w:rFonts w:ascii="Times New Roman" w:hAnsi="Times New Roman" w:cs="Times New Roman"/>
          <w:sz w:val="20"/>
          <w:szCs w:val="20"/>
          <w:lang w:val="bg-BG"/>
        </w:rPr>
        <w:t>“ организиран от ОДК-Велинград</w:t>
      </w:r>
      <w:r w:rsidR="00B11289" w:rsidRPr="006A3265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12D6E265" w14:textId="7D7C4CF0" w:rsidR="00C558C9" w:rsidRPr="006A3265" w:rsidRDefault="00056B6B" w:rsidP="00C558C9">
      <w:pPr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                                                                                       </w:t>
      </w:r>
      <w:proofErr w:type="spellStart"/>
      <w:r w:rsidR="00AF395B" w:rsidRPr="006A3265">
        <w:rPr>
          <w:rFonts w:ascii="Times New Roman" w:hAnsi="Times New Roman" w:cs="Times New Roman"/>
          <w:sz w:val="20"/>
          <w:szCs w:val="20"/>
        </w:rPr>
        <w:t>Срок</w:t>
      </w:r>
      <w:proofErr w:type="spellEnd"/>
      <w:r w:rsidR="00AF395B" w:rsidRPr="006A3265">
        <w:rPr>
          <w:rFonts w:ascii="Times New Roman" w:hAnsi="Times New Roman" w:cs="Times New Roman"/>
          <w:sz w:val="20"/>
          <w:szCs w:val="20"/>
        </w:rPr>
        <w:t>: 2</w:t>
      </w:r>
      <w:r w:rsidR="00AF395B" w:rsidRPr="006A3265">
        <w:rPr>
          <w:rFonts w:ascii="Times New Roman" w:hAnsi="Times New Roman" w:cs="Times New Roman"/>
          <w:sz w:val="20"/>
          <w:szCs w:val="20"/>
          <w:lang w:val="bg-BG"/>
        </w:rPr>
        <w:t>5</w:t>
      </w:r>
      <w:r w:rsidR="00727538" w:rsidRPr="006A3265">
        <w:rPr>
          <w:rFonts w:ascii="Times New Roman" w:hAnsi="Times New Roman" w:cs="Times New Roman"/>
          <w:sz w:val="20"/>
          <w:szCs w:val="20"/>
        </w:rPr>
        <w:t>.02.202</w:t>
      </w:r>
      <w:r w:rsidR="00727538" w:rsidRPr="006A3265">
        <w:rPr>
          <w:rFonts w:ascii="Times New Roman" w:hAnsi="Times New Roman" w:cs="Times New Roman"/>
          <w:sz w:val="20"/>
          <w:szCs w:val="20"/>
          <w:lang w:val="bg-BG"/>
        </w:rPr>
        <w:t>7</w:t>
      </w:r>
      <w:r w:rsidR="00C558C9" w:rsidRPr="006A3265">
        <w:rPr>
          <w:rFonts w:ascii="Times New Roman" w:hAnsi="Times New Roman" w:cs="Times New Roman"/>
          <w:sz w:val="20"/>
          <w:szCs w:val="20"/>
          <w:lang w:val="bg-BG"/>
        </w:rPr>
        <w:t>г</w:t>
      </w:r>
    </w:p>
    <w:p w14:paraId="595472B7" w14:textId="4AB75A18" w:rsidR="00B11289" w:rsidRPr="006A3265" w:rsidRDefault="00C558C9" w:rsidP="00C558C9">
      <w:pPr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                       </w:t>
      </w:r>
      <w:r w:rsidR="00056B6B"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56B6B" w:rsidRPr="006A3265">
        <w:rPr>
          <w:rFonts w:ascii="Times New Roman" w:hAnsi="Times New Roman" w:cs="Times New Roman"/>
          <w:sz w:val="20"/>
          <w:szCs w:val="20"/>
        </w:rPr>
        <w:t>Отг</w:t>
      </w:r>
      <w:proofErr w:type="spellEnd"/>
      <w:r w:rsidR="00056B6B" w:rsidRPr="006A3265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056B6B" w:rsidRPr="006A3265">
        <w:rPr>
          <w:rFonts w:ascii="Times New Roman" w:hAnsi="Times New Roman" w:cs="Times New Roman"/>
          <w:sz w:val="20"/>
          <w:szCs w:val="20"/>
        </w:rPr>
        <w:t>Учителки</w:t>
      </w:r>
      <w:proofErr w:type="spellEnd"/>
      <w:r w:rsidR="00056B6B"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56B6B" w:rsidRPr="006A3265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="00056B6B" w:rsidRPr="006A32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56B6B" w:rsidRPr="006A3265">
        <w:rPr>
          <w:rFonts w:ascii="Times New Roman" w:hAnsi="Times New Roman" w:cs="Times New Roman"/>
          <w:sz w:val="20"/>
          <w:szCs w:val="20"/>
        </w:rPr>
        <w:t>групи</w:t>
      </w:r>
      <w:proofErr w:type="spellEnd"/>
    </w:p>
    <w:p w14:paraId="28A904C4" w14:textId="31FF0C6D" w:rsidR="00B11289" w:rsidRPr="006A3265" w:rsidRDefault="00DC6D0E" w:rsidP="00DC6D0E">
      <w:pPr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</w:t>
      </w:r>
      <w:proofErr w:type="spellStart"/>
      <w:r w:rsidR="00B11289" w:rsidRPr="006A3265">
        <w:rPr>
          <w:rFonts w:ascii="Times New Roman" w:hAnsi="Times New Roman" w:cs="Times New Roman"/>
          <w:b/>
          <w:bCs/>
          <w:sz w:val="20"/>
          <w:szCs w:val="20"/>
        </w:rPr>
        <w:t>Март</w:t>
      </w:r>
      <w:proofErr w:type="spellEnd"/>
    </w:p>
    <w:p w14:paraId="77289A15" w14:textId="25B50642" w:rsidR="00B11289" w:rsidRPr="006A3265" w:rsidRDefault="004A654B" w:rsidP="00B11289">
      <w:pPr>
        <w:pStyle w:val="a0"/>
        <w:rPr>
          <w:rFonts w:ascii="Times New Roman" w:hAnsi="Times New Roman" w:cs="Times New Roman"/>
          <w:sz w:val="20"/>
          <w:szCs w:val="20"/>
        </w:rPr>
      </w:pPr>
      <w:proofErr w:type="gramStart"/>
      <w:r w:rsidRPr="006A3265">
        <w:rPr>
          <w:rFonts w:ascii="Times New Roman" w:hAnsi="Times New Roman" w:cs="Times New Roman"/>
          <w:b/>
          <w:bCs/>
          <w:sz w:val="20"/>
          <w:szCs w:val="20"/>
        </w:rPr>
        <w:t>1. ,,</w:t>
      </w:r>
      <w:r w:rsidR="00AF395B" w:rsidRPr="006A3265">
        <w:rPr>
          <w:rFonts w:ascii="Times New Roman" w:hAnsi="Times New Roman" w:cs="Times New Roman"/>
          <w:bCs/>
          <w:sz w:val="20"/>
          <w:szCs w:val="20"/>
          <w:lang w:val="bg-BG"/>
        </w:rPr>
        <w:t>Активни</w:t>
      </w:r>
      <w:proofErr w:type="gramEnd"/>
      <w:r w:rsidR="00AF395B" w:rsidRPr="006A3265">
        <w:rPr>
          <w:rFonts w:ascii="Times New Roman" w:hAnsi="Times New Roman" w:cs="Times New Roman"/>
          <w:bCs/>
          <w:sz w:val="20"/>
          <w:szCs w:val="20"/>
          <w:lang w:val="bg-BG"/>
        </w:rPr>
        <w:t xml:space="preserve"> родители –щастливи деца“-гимнастика с участие на родители</w:t>
      </w:r>
    </w:p>
    <w:p w14:paraId="1A233357" w14:textId="029D4F8D" w:rsidR="00056B6B" w:rsidRPr="006A3265" w:rsidRDefault="00056B6B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</w:rPr>
      </w:pPr>
      <w:r w:rsidRPr="006A3265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</w:t>
      </w:r>
      <w:r w:rsidR="00C558C9" w:rsidRPr="006A3265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Pr="006A326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AF395B" w:rsidRPr="006A3265">
        <w:rPr>
          <w:rFonts w:ascii="Times New Roman" w:hAnsi="Times New Roman" w:cs="Times New Roman"/>
          <w:bCs/>
          <w:sz w:val="20"/>
          <w:szCs w:val="20"/>
        </w:rPr>
        <w:t>Срок</w:t>
      </w:r>
      <w:proofErr w:type="spellEnd"/>
      <w:r w:rsidR="00AF395B" w:rsidRPr="006A3265">
        <w:rPr>
          <w:rFonts w:ascii="Times New Roman" w:hAnsi="Times New Roman" w:cs="Times New Roman"/>
          <w:bCs/>
          <w:sz w:val="20"/>
          <w:szCs w:val="20"/>
        </w:rPr>
        <w:t xml:space="preserve">: </w:t>
      </w:r>
      <w:r w:rsidR="00AF395B" w:rsidRPr="006A3265">
        <w:rPr>
          <w:rFonts w:ascii="Times New Roman" w:hAnsi="Times New Roman" w:cs="Times New Roman"/>
          <w:bCs/>
          <w:sz w:val="20"/>
          <w:szCs w:val="20"/>
          <w:lang w:val="bg-BG"/>
        </w:rPr>
        <w:t>30</w:t>
      </w:r>
      <w:r w:rsidR="006B29F8" w:rsidRPr="006A3265">
        <w:rPr>
          <w:rFonts w:ascii="Times New Roman" w:hAnsi="Times New Roman" w:cs="Times New Roman"/>
          <w:bCs/>
          <w:sz w:val="20"/>
          <w:szCs w:val="20"/>
        </w:rPr>
        <w:t>. 03.202</w:t>
      </w:r>
      <w:r w:rsidR="006B29F8" w:rsidRPr="006A3265">
        <w:rPr>
          <w:rFonts w:ascii="Times New Roman" w:hAnsi="Times New Roman" w:cs="Times New Roman"/>
          <w:bCs/>
          <w:sz w:val="20"/>
          <w:szCs w:val="20"/>
          <w:lang w:val="bg-BG"/>
        </w:rPr>
        <w:t>7</w:t>
      </w:r>
      <w:r w:rsidRPr="006A3265">
        <w:rPr>
          <w:rFonts w:ascii="Times New Roman" w:hAnsi="Times New Roman" w:cs="Times New Roman"/>
          <w:bCs/>
          <w:sz w:val="20"/>
          <w:szCs w:val="20"/>
        </w:rPr>
        <w:t>г.</w:t>
      </w:r>
    </w:p>
    <w:p w14:paraId="7D67E204" w14:textId="14162ABD" w:rsidR="00B11289" w:rsidRPr="006A3265" w:rsidRDefault="00056B6B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</w:t>
      </w:r>
      <w:r w:rsidR="00C558C9" w:rsidRPr="006A3265">
        <w:rPr>
          <w:rFonts w:ascii="Times New Roman" w:hAnsi="Times New Roman" w:cs="Times New Roman"/>
          <w:bCs/>
          <w:sz w:val="20"/>
          <w:szCs w:val="20"/>
        </w:rPr>
        <w:t xml:space="preserve">  </w:t>
      </w:r>
      <w:proofErr w:type="spellStart"/>
      <w:r w:rsidR="006B29F8" w:rsidRPr="006A3265">
        <w:rPr>
          <w:rFonts w:ascii="Times New Roman" w:hAnsi="Times New Roman" w:cs="Times New Roman"/>
          <w:bCs/>
          <w:sz w:val="20"/>
          <w:szCs w:val="20"/>
        </w:rPr>
        <w:t>Отг</w:t>
      </w:r>
      <w:proofErr w:type="spellEnd"/>
      <w:r w:rsidR="006B29F8" w:rsidRPr="006A3265">
        <w:rPr>
          <w:rFonts w:ascii="Times New Roman" w:hAnsi="Times New Roman" w:cs="Times New Roman"/>
          <w:bCs/>
          <w:sz w:val="20"/>
          <w:szCs w:val="20"/>
        </w:rPr>
        <w:t xml:space="preserve">.: </w:t>
      </w:r>
      <w:proofErr w:type="spellStart"/>
      <w:r w:rsidR="006B29F8" w:rsidRPr="006A3265">
        <w:rPr>
          <w:rFonts w:ascii="Times New Roman" w:hAnsi="Times New Roman" w:cs="Times New Roman"/>
          <w:bCs/>
          <w:sz w:val="20"/>
          <w:szCs w:val="20"/>
        </w:rPr>
        <w:t>Учители</w:t>
      </w:r>
      <w:proofErr w:type="spellEnd"/>
      <w:r w:rsidR="006B29F8" w:rsidRPr="006A3265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="006B29F8" w:rsidRPr="006A3265">
        <w:rPr>
          <w:rFonts w:ascii="Times New Roman" w:hAnsi="Times New Roman" w:cs="Times New Roman"/>
          <w:bCs/>
          <w:sz w:val="20"/>
          <w:szCs w:val="20"/>
        </w:rPr>
        <w:t>по</w:t>
      </w:r>
      <w:proofErr w:type="spellEnd"/>
      <w:r w:rsidR="006B29F8" w:rsidRPr="006A3265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="006B29F8" w:rsidRPr="006A3265">
        <w:rPr>
          <w:rFonts w:ascii="Times New Roman" w:hAnsi="Times New Roman" w:cs="Times New Roman"/>
          <w:bCs/>
          <w:sz w:val="20"/>
          <w:szCs w:val="20"/>
        </w:rPr>
        <w:t>гр</w:t>
      </w:r>
      <w:r w:rsidR="006B29F8" w:rsidRPr="006A3265">
        <w:rPr>
          <w:rFonts w:ascii="Times New Roman" w:hAnsi="Times New Roman" w:cs="Times New Roman"/>
          <w:bCs/>
          <w:sz w:val="20"/>
          <w:szCs w:val="20"/>
          <w:lang w:val="bg-BG"/>
        </w:rPr>
        <w:t>упи</w:t>
      </w:r>
      <w:proofErr w:type="spellEnd"/>
    </w:p>
    <w:p w14:paraId="4977CD92" w14:textId="38EFA340" w:rsidR="006B29F8" w:rsidRPr="006A3265" w:rsidRDefault="006B29F8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  <w:lang w:val="bg-BG"/>
        </w:rPr>
      </w:pPr>
    </w:p>
    <w:p w14:paraId="0DCC753F" w14:textId="2F0A6471" w:rsidR="006B29F8" w:rsidRPr="006A3265" w:rsidRDefault="006B29F8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bCs/>
          <w:sz w:val="20"/>
          <w:szCs w:val="20"/>
          <w:lang w:val="bg-BG"/>
        </w:rPr>
        <w:t xml:space="preserve">                                                      </w:t>
      </w:r>
      <w:r w:rsidR="00AF395B" w:rsidRPr="006A3265">
        <w:rPr>
          <w:rFonts w:ascii="Times New Roman" w:hAnsi="Times New Roman" w:cs="Times New Roman"/>
          <w:bCs/>
          <w:sz w:val="20"/>
          <w:szCs w:val="20"/>
          <w:lang w:val="bg-BG"/>
        </w:rPr>
        <w:t xml:space="preserve">                     </w:t>
      </w:r>
    </w:p>
    <w:p w14:paraId="516ECF8A" w14:textId="737577F5" w:rsidR="006B29F8" w:rsidRPr="006A3265" w:rsidRDefault="006B29F8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bCs/>
          <w:sz w:val="20"/>
          <w:szCs w:val="20"/>
          <w:lang w:val="bg-BG"/>
        </w:rPr>
        <w:t xml:space="preserve">                                            </w:t>
      </w:r>
      <w:r w:rsidR="00AF395B" w:rsidRPr="006A3265">
        <w:rPr>
          <w:rFonts w:ascii="Times New Roman" w:hAnsi="Times New Roman" w:cs="Times New Roman"/>
          <w:bCs/>
          <w:sz w:val="20"/>
          <w:szCs w:val="20"/>
          <w:lang w:val="bg-BG"/>
        </w:rPr>
        <w:t xml:space="preserve">                            </w:t>
      </w:r>
    </w:p>
    <w:p w14:paraId="0E443932" w14:textId="5E9AF0F9" w:rsidR="00CD3A0F" w:rsidRPr="006A3265" w:rsidRDefault="00CD3A0F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  <w:lang w:val="bg-BG"/>
        </w:rPr>
      </w:pPr>
    </w:p>
    <w:p w14:paraId="6BAC1163" w14:textId="498192DF" w:rsidR="00B11289" w:rsidRPr="006A3265" w:rsidRDefault="00B11289" w:rsidP="00AF395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  <w:lang w:val="bg-BG"/>
        </w:rPr>
      </w:pPr>
      <w:proofErr w:type="spellStart"/>
      <w:r w:rsidRPr="006A3265">
        <w:rPr>
          <w:rFonts w:ascii="Times New Roman" w:hAnsi="Times New Roman" w:cs="Times New Roman"/>
          <w:b/>
          <w:bCs/>
          <w:sz w:val="20"/>
          <w:szCs w:val="20"/>
        </w:rPr>
        <w:t>Април</w:t>
      </w:r>
      <w:proofErr w:type="spellEnd"/>
    </w:p>
    <w:p w14:paraId="4323E33F" w14:textId="2A65F77E" w:rsidR="00B11289" w:rsidRPr="006A3265" w:rsidRDefault="007B3B98" w:rsidP="00B11289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>1.</w:t>
      </w:r>
      <w:r w:rsidR="00AF395B" w:rsidRPr="006A3265">
        <w:rPr>
          <w:rFonts w:ascii="Times New Roman" w:hAnsi="Times New Roman" w:cs="Times New Roman"/>
          <w:sz w:val="20"/>
          <w:szCs w:val="20"/>
          <w:lang w:val="bg-BG"/>
        </w:rPr>
        <w:t>Боядисване на яйца-</w:t>
      </w:r>
      <w:proofErr w:type="gramStart"/>
      <w:r w:rsidR="00AF395B" w:rsidRPr="006A3265">
        <w:rPr>
          <w:rFonts w:ascii="Times New Roman" w:hAnsi="Times New Roman" w:cs="Times New Roman"/>
          <w:sz w:val="20"/>
          <w:szCs w:val="20"/>
          <w:lang w:val="bg-BG"/>
        </w:rPr>
        <w:t>багри ,смях</w:t>
      </w:r>
      <w:proofErr w:type="gramEnd"/>
      <w:r w:rsidR="00AF395B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и чудеса“-боядисване на яйца ,заедно с родители</w:t>
      </w:r>
      <w:r w:rsidR="00B11289" w:rsidRPr="006A326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72716FB" w14:textId="30E2AB32" w:rsidR="00056B6B" w:rsidRPr="006A3265" w:rsidRDefault="00056B6B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</w:rPr>
      </w:pPr>
      <w:r w:rsidRPr="006A3265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</w:t>
      </w:r>
      <w:r w:rsidR="00AF395B" w:rsidRPr="006A3265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="00AF395B" w:rsidRPr="006A3265">
        <w:rPr>
          <w:rFonts w:ascii="Times New Roman" w:hAnsi="Times New Roman" w:cs="Times New Roman"/>
          <w:bCs/>
          <w:sz w:val="20"/>
          <w:szCs w:val="20"/>
        </w:rPr>
        <w:t>Срок</w:t>
      </w:r>
      <w:proofErr w:type="spellEnd"/>
      <w:r w:rsidR="00AF395B" w:rsidRPr="006A3265">
        <w:rPr>
          <w:rFonts w:ascii="Times New Roman" w:hAnsi="Times New Roman" w:cs="Times New Roman"/>
          <w:bCs/>
          <w:sz w:val="20"/>
          <w:szCs w:val="20"/>
        </w:rPr>
        <w:t xml:space="preserve">: </w:t>
      </w:r>
      <w:r w:rsidR="00AF395B" w:rsidRPr="006A3265">
        <w:rPr>
          <w:rFonts w:ascii="Times New Roman" w:hAnsi="Times New Roman" w:cs="Times New Roman"/>
          <w:bCs/>
          <w:sz w:val="20"/>
          <w:szCs w:val="20"/>
          <w:lang w:val="bg-BG"/>
        </w:rPr>
        <w:t>29</w:t>
      </w:r>
      <w:r w:rsidR="007B3B98" w:rsidRPr="006A3265">
        <w:rPr>
          <w:rFonts w:ascii="Times New Roman" w:hAnsi="Times New Roman" w:cs="Times New Roman"/>
          <w:bCs/>
          <w:sz w:val="20"/>
          <w:szCs w:val="20"/>
        </w:rPr>
        <w:t>.04. 202</w:t>
      </w:r>
      <w:r w:rsidR="007B3B98" w:rsidRPr="006A3265">
        <w:rPr>
          <w:rFonts w:ascii="Times New Roman" w:hAnsi="Times New Roman" w:cs="Times New Roman"/>
          <w:bCs/>
          <w:sz w:val="20"/>
          <w:szCs w:val="20"/>
          <w:lang w:val="bg-BG"/>
        </w:rPr>
        <w:t>7</w:t>
      </w:r>
      <w:r w:rsidRPr="006A3265">
        <w:rPr>
          <w:rFonts w:ascii="Times New Roman" w:hAnsi="Times New Roman" w:cs="Times New Roman"/>
          <w:bCs/>
          <w:sz w:val="20"/>
          <w:szCs w:val="20"/>
        </w:rPr>
        <w:t>г.</w:t>
      </w:r>
    </w:p>
    <w:p w14:paraId="3B0E9C27" w14:textId="3FBAD706" w:rsidR="00B11289" w:rsidRPr="006A3265" w:rsidRDefault="00056B6B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</w:t>
      </w:r>
      <w:proofErr w:type="spellStart"/>
      <w:r w:rsidRPr="006A3265">
        <w:rPr>
          <w:rFonts w:ascii="Times New Roman" w:hAnsi="Times New Roman" w:cs="Times New Roman"/>
          <w:bCs/>
          <w:sz w:val="20"/>
          <w:szCs w:val="20"/>
        </w:rPr>
        <w:t>Отг</w:t>
      </w:r>
      <w:proofErr w:type="spellEnd"/>
      <w:r w:rsidRPr="006A3265">
        <w:rPr>
          <w:rFonts w:ascii="Times New Roman" w:hAnsi="Times New Roman" w:cs="Times New Roman"/>
          <w:bCs/>
          <w:sz w:val="20"/>
          <w:szCs w:val="20"/>
        </w:rPr>
        <w:t xml:space="preserve">: </w:t>
      </w:r>
      <w:proofErr w:type="spellStart"/>
      <w:r w:rsidRPr="006A3265">
        <w:rPr>
          <w:rFonts w:ascii="Times New Roman" w:hAnsi="Times New Roman" w:cs="Times New Roman"/>
          <w:bCs/>
          <w:sz w:val="20"/>
          <w:szCs w:val="20"/>
        </w:rPr>
        <w:t>Учит</w:t>
      </w:r>
      <w:proofErr w:type="spellEnd"/>
      <w:r w:rsidRPr="006A3265">
        <w:rPr>
          <w:rFonts w:ascii="Times New Roman" w:hAnsi="Times New Roman" w:cs="Times New Roman"/>
          <w:bCs/>
          <w:sz w:val="20"/>
          <w:szCs w:val="20"/>
        </w:rPr>
        <w:t xml:space="preserve">. </w:t>
      </w:r>
      <w:proofErr w:type="spellStart"/>
      <w:r w:rsidRPr="006A3265">
        <w:rPr>
          <w:rFonts w:ascii="Times New Roman" w:hAnsi="Times New Roman" w:cs="Times New Roman"/>
          <w:bCs/>
          <w:sz w:val="20"/>
          <w:szCs w:val="20"/>
        </w:rPr>
        <w:t>по</w:t>
      </w:r>
      <w:proofErr w:type="spellEnd"/>
      <w:r w:rsidRPr="006A3265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A3265">
        <w:rPr>
          <w:rFonts w:ascii="Times New Roman" w:hAnsi="Times New Roman" w:cs="Times New Roman"/>
          <w:bCs/>
          <w:sz w:val="20"/>
          <w:szCs w:val="20"/>
        </w:rPr>
        <w:t>групи</w:t>
      </w:r>
      <w:proofErr w:type="spellEnd"/>
    </w:p>
    <w:p w14:paraId="039A8E0D" w14:textId="77777777" w:rsidR="007B3B98" w:rsidRPr="006A3265" w:rsidRDefault="007B3B98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  <w:lang w:val="bg-BG"/>
        </w:rPr>
      </w:pPr>
    </w:p>
    <w:p w14:paraId="76988480" w14:textId="3097687E" w:rsidR="007B3B98" w:rsidRPr="006A3265" w:rsidRDefault="00AF395B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bCs/>
          <w:sz w:val="20"/>
          <w:szCs w:val="20"/>
          <w:lang w:val="bg-BG"/>
        </w:rPr>
        <w:t>2.“Вълшебсва от цветя „-подреждане на цветя -икебана</w:t>
      </w:r>
    </w:p>
    <w:p w14:paraId="57BD2DB5" w14:textId="5B48317B" w:rsidR="007B3B98" w:rsidRPr="006A3265" w:rsidRDefault="007B3B98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bCs/>
          <w:sz w:val="20"/>
          <w:szCs w:val="20"/>
          <w:lang w:val="bg-BG"/>
        </w:rPr>
        <w:t xml:space="preserve">                                                                                                    Срок :22.04.2027г.</w:t>
      </w:r>
    </w:p>
    <w:p w14:paraId="0F8F5777" w14:textId="7B9F34B1" w:rsidR="007B3B98" w:rsidRPr="006A3265" w:rsidRDefault="007B3B98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bCs/>
          <w:sz w:val="20"/>
          <w:szCs w:val="20"/>
          <w:lang w:val="bg-BG"/>
        </w:rPr>
        <w:t xml:space="preserve">                                                                                                   Отг.Учители по групи</w:t>
      </w:r>
    </w:p>
    <w:p w14:paraId="1B8E4AA1" w14:textId="57078D6A" w:rsidR="007B3B98" w:rsidRPr="006A3265" w:rsidRDefault="007B3B98" w:rsidP="00AF395B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bCs/>
          <w:sz w:val="20"/>
          <w:szCs w:val="20"/>
          <w:lang w:val="bg-BG"/>
        </w:rPr>
      </w:pPr>
    </w:p>
    <w:p w14:paraId="59F3F1BA" w14:textId="53425EFF" w:rsidR="007B3B98" w:rsidRPr="006A3265" w:rsidRDefault="007B3B98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bCs/>
          <w:sz w:val="20"/>
          <w:szCs w:val="20"/>
          <w:lang w:val="bg-BG"/>
        </w:rPr>
        <w:t xml:space="preserve">                                                                           </w:t>
      </w:r>
      <w:r w:rsidR="00AF395B" w:rsidRPr="006A3265">
        <w:rPr>
          <w:rFonts w:ascii="Times New Roman" w:hAnsi="Times New Roman" w:cs="Times New Roman"/>
          <w:bCs/>
          <w:sz w:val="20"/>
          <w:szCs w:val="20"/>
          <w:lang w:val="bg-BG"/>
        </w:rPr>
        <w:t xml:space="preserve"> </w:t>
      </w:r>
    </w:p>
    <w:p w14:paraId="0E59EA3B" w14:textId="579D3026" w:rsidR="007B3B98" w:rsidRPr="006A3265" w:rsidRDefault="007B3B98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bCs/>
          <w:sz w:val="20"/>
          <w:szCs w:val="20"/>
          <w:lang w:val="bg-BG"/>
        </w:rPr>
        <w:t xml:space="preserve">                                                                        </w:t>
      </w:r>
      <w:r w:rsidR="00AF395B" w:rsidRPr="006A3265">
        <w:rPr>
          <w:rFonts w:ascii="Times New Roman" w:hAnsi="Times New Roman" w:cs="Times New Roman"/>
          <w:bCs/>
          <w:sz w:val="20"/>
          <w:szCs w:val="20"/>
          <w:lang w:val="bg-BG"/>
        </w:rPr>
        <w:t xml:space="preserve">    </w:t>
      </w:r>
    </w:p>
    <w:p w14:paraId="749F811C" w14:textId="77777777" w:rsidR="007B3B98" w:rsidRPr="006A3265" w:rsidRDefault="007B3B98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Cs/>
          <w:sz w:val="20"/>
          <w:szCs w:val="20"/>
          <w:lang w:val="bg-BG"/>
        </w:rPr>
      </w:pPr>
    </w:p>
    <w:p w14:paraId="52D1D176" w14:textId="1556B947" w:rsidR="00B11289" w:rsidRPr="006A3265" w:rsidRDefault="00B11289" w:rsidP="00B11289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b/>
          <w:bCs/>
          <w:sz w:val="20"/>
          <w:szCs w:val="20"/>
        </w:rPr>
      </w:pPr>
      <w:r w:rsidRPr="006A3265">
        <w:rPr>
          <w:rFonts w:ascii="Times New Roman" w:hAnsi="Times New Roman" w:cs="Times New Roman"/>
          <w:b/>
          <w:bCs/>
          <w:sz w:val="20"/>
          <w:szCs w:val="20"/>
        </w:rPr>
        <w:t xml:space="preserve">Май </w:t>
      </w:r>
    </w:p>
    <w:p w14:paraId="565D7315" w14:textId="27134E6B" w:rsidR="00B11289" w:rsidRPr="006A3265" w:rsidRDefault="007B3B98" w:rsidP="00B11289">
      <w:pPr>
        <w:pStyle w:val="a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1. </w:t>
      </w:r>
      <w:r w:rsidRPr="006A3265">
        <w:rPr>
          <w:rFonts w:ascii="Times New Roman" w:hAnsi="Times New Roman" w:cs="Times New Roman"/>
          <w:sz w:val="20"/>
          <w:szCs w:val="20"/>
          <w:lang w:val="bg-BG"/>
        </w:rPr>
        <w:t>Лего работилница с деца и родители.</w:t>
      </w:r>
    </w:p>
    <w:p w14:paraId="2A22771E" w14:textId="77777777" w:rsidR="00056B6B" w:rsidRPr="006A3265" w:rsidRDefault="00056B6B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</w:rPr>
      </w:pPr>
    </w:p>
    <w:p w14:paraId="426DEF49" w14:textId="1FE1152C" w:rsidR="00056B6B" w:rsidRPr="006A3265" w:rsidRDefault="00056B6B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</w:t>
      </w:r>
      <w:r w:rsidR="007B3B98" w:rsidRPr="006A3265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proofErr w:type="spellStart"/>
      <w:r w:rsidR="007B3B98" w:rsidRPr="006A3265">
        <w:rPr>
          <w:rFonts w:ascii="Times New Roman" w:hAnsi="Times New Roman" w:cs="Times New Roman"/>
          <w:sz w:val="20"/>
          <w:szCs w:val="20"/>
        </w:rPr>
        <w:t>Срок</w:t>
      </w:r>
      <w:proofErr w:type="spellEnd"/>
      <w:r w:rsidR="007B3B98" w:rsidRPr="006A3265">
        <w:rPr>
          <w:rFonts w:ascii="Times New Roman" w:hAnsi="Times New Roman" w:cs="Times New Roman"/>
          <w:sz w:val="20"/>
          <w:szCs w:val="20"/>
        </w:rPr>
        <w:t xml:space="preserve"> </w:t>
      </w:r>
      <w:r w:rsidR="00AF395B" w:rsidRPr="006A3265">
        <w:rPr>
          <w:rFonts w:ascii="Times New Roman" w:hAnsi="Times New Roman" w:cs="Times New Roman"/>
          <w:sz w:val="20"/>
          <w:szCs w:val="20"/>
          <w:lang w:val="bg-BG"/>
        </w:rPr>
        <w:t>22</w:t>
      </w:r>
      <w:r w:rsidR="007B3B98" w:rsidRPr="006A3265">
        <w:rPr>
          <w:rFonts w:ascii="Times New Roman" w:hAnsi="Times New Roman" w:cs="Times New Roman"/>
          <w:sz w:val="20"/>
          <w:szCs w:val="20"/>
        </w:rPr>
        <w:t>.05.202</w:t>
      </w:r>
      <w:r w:rsidR="007B3B98" w:rsidRPr="006A3265">
        <w:rPr>
          <w:rFonts w:ascii="Times New Roman" w:hAnsi="Times New Roman" w:cs="Times New Roman"/>
          <w:sz w:val="20"/>
          <w:szCs w:val="20"/>
          <w:lang w:val="bg-BG"/>
        </w:rPr>
        <w:t>7</w:t>
      </w:r>
      <w:r w:rsidRPr="006A3265">
        <w:rPr>
          <w:rFonts w:ascii="Times New Roman" w:hAnsi="Times New Roman" w:cs="Times New Roman"/>
          <w:sz w:val="20"/>
          <w:szCs w:val="20"/>
        </w:rPr>
        <w:t>г.</w:t>
      </w:r>
    </w:p>
    <w:p w14:paraId="1F755A9B" w14:textId="19B1FFCB" w:rsidR="00502F90" w:rsidRPr="006A3265" w:rsidRDefault="00056B6B" w:rsidP="00056B6B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="00AF395B" w:rsidRPr="006A3265">
        <w:rPr>
          <w:rFonts w:ascii="Times New Roman" w:hAnsi="Times New Roman" w:cs="Times New Roman"/>
          <w:sz w:val="20"/>
          <w:szCs w:val="20"/>
        </w:rPr>
        <w:t xml:space="preserve">                   </w:t>
      </w:r>
      <w:proofErr w:type="spellStart"/>
      <w:r w:rsidRPr="006A3265">
        <w:rPr>
          <w:rFonts w:ascii="Times New Roman" w:hAnsi="Times New Roman" w:cs="Times New Roman"/>
          <w:sz w:val="20"/>
          <w:szCs w:val="20"/>
        </w:rPr>
        <w:t>Отг</w:t>
      </w:r>
      <w:proofErr w:type="spellEnd"/>
      <w:r w:rsidRPr="006A3265">
        <w:rPr>
          <w:rFonts w:ascii="Times New Roman" w:hAnsi="Times New Roman" w:cs="Times New Roman"/>
          <w:sz w:val="20"/>
          <w:szCs w:val="20"/>
        </w:rPr>
        <w:t xml:space="preserve">.: </w:t>
      </w:r>
      <w:r w:rsidR="00AF395B" w:rsidRPr="006A3265">
        <w:rPr>
          <w:rFonts w:ascii="Times New Roman" w:hAnsi="Times New Roman" w:cs="Times New Roman"/>
          <w:sz w:val="20"/>
          <w:szCs w:val="20"/>
          <w:lang w:val="bg-BG"/>
        </w:rPr>
        <w:t>Трета и четвърта група</w:t>
      </w:r>
    </w:p>
    <w:p w14:paraId="27B080E8" w14:textId="77777777" w:rsidR="00C558C9" w:rsidRPr="006A3265" w:rsidRDefault="00502F90" w:rsidP="00502F90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     </w:t>
      </w:r>
    </w:p>
    <w:p w14:paraId="7EFEC80A" w14:textId="7768EC41" w:rsidR="007B3B98" w:rsidRPr="006A3265" w:rsidRDefault="007B3B98" w:rsidP="00502F90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</w:p>
    <w:p w14:paraId="39E248C4" w14:textId="704EF3F5" w:rsidR="0050340E" w:rsidRPr="006A3265" w:rsidRDefault="0050340E" w:rsidP="00502F90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              </w:t>
      </w:r>
      <w:r w:rsidR="00AF395B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</w:t>
      </w:r>
    </w:p>
    <w:p w14:paraId="7494165E" w14:textId="77777777" w:rsidR="006A3265" w:rsidRDefault="0050340E" w:rsidP="00DC6D0E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        </w:t>
      </w:r>
    </w:p>
    <w:p w14:paraId="3D34BDE1" w14:textId="1FFE29BE" w:rsidR="00DC6D0E" w:rsidRPr="006A3265" w:rsidRDefault="0050340E" w:rsidP="00DC6D0E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="00DC6D0E" w:rsidRPr="006A3265">
        <w:rPr>
          <w:rFonts w:ascii="Times New Roman" w:hAnsi="Times New Roman" w:cs="Times New Roman"/>
          <w:sz w:val="20"/>
          <w:szCs w:val="20"/>
          <w:lang w:val="bg-BG"/>
        </w:rPr>
        <w:t>Изготвил:В</w:t>
      </w:r>
      <w:proofErr w:type="spellEnd"/>
      <w:r w:rsidR="00DC6D0E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. </w:t>
      </w:r>
      <w:proofErr w:type="spellStart"/>
      <w:r w:rsidR="00DC6D0E" w:rsidRPr="006A3265">
        <w:rPr>
          <w:rFonts w:ascii="Times New Roman" w:hAnsi="Times New Roman" w:cs="Times New Roman"/>
          <w:sz w:val="20"/>
          <w:szCs w:val="20"/>
          <w:lang w:val="bg-BG"/>
        </w:rPr>
        <w:t>Гърбева</w:t>
      </w:r>
      <w:proofErr w:type="spellEnd"/>
      <w:r w:rsidR="00DC6D0E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/…………/</w:t>
      </w:r>
    </w:p>
    <w:p w14:paraId="2B654452" w14:textId="215F387D" w:rsidR="00DC6D0E" w:rsidRPr="006A3265" w:rsidRDefault="00DC6D0E" w:rsidP="00DC6D0E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</w:t>
      </w:r>
      <w:bookmarkStart w:id="0" w:name="_GoBack"/>
      <w:bookmarkEnd w:id="0"/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Учител</w:t>
      </w:r>
    </w:p>
    <w:p w14:paraId="74ED745A" w14:textId="66FAC0A0" w:rsidR="0050340E" w:rsidRPr="006A3265" w:rsidRDefault="0050340E" w:rsidP="00502F90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</w:p>
    <w:p w14:paraId="2C182DFE" w14:textId="1656FBC5" w:rsidR="0009654B" w:rsidRPr="006A3265" w:rsidRDefault="0009654B" w:rsidP="00502F90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</w:p>
    <w:p w14:paraId="695679B3" w14:textId="3DA01F1C" w:rsidR="0009654B" w:rsidRPr="006A3265" w:rsidRDefault="0009654B" w:rsidP="00502F90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  </w:t>
      </w:r>
      <w:r w:rsidR="00AF395B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</w:t>
      </w:r>
    </w:p>
    <w:p w14:paraId="30482896" w14:textId="16949683" w:rsidR="0009654B" w:rsidRPr="006A3265" w:rsidRDefault="0009654B" w:rsidP="00502F90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</w:t>
      </w:r>
      <w:r w:rsidR="00AF395B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</w:t>
      </w:r>
    </w:p>
    <w:p w14:paraId="04FA7C08" w14:textId="77777777" w:rsidR="00C558C9" w:rsidRPr="006A3265" w:rsidRDefault="00C558C9" w:rsidP="00502F90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</w:p>
    <w:p w14:paraId="3F28373B" w14:textId="7986FAD9" w:rsidR="00C558C9" w:rsidRPr="006A3265" w:rsidRDefault="00C558C9" w:rsidP="00C558C9">
      <w:pPr>
        <w:rPr>
          <w:rFonts w:ascii="Times New Roman" w:hAnsi="Times New Roman" w:cs="Times New Roman"/>
          <w:b/>
          <w:sz w:val="20"/>
          <w:szCs w:val="20"/>
          <w:lang w:val="bg-BG"/>
        </w:rPr>
      </w:pPr>
    </w:p>
    <w:p w14:paraId="1874FB73" w14:textId="77777777" w:rsidR="00C558C9" w:rsidRPr="006A3265" w:rsidRDefault="00C558C9" w:rsidP="00502F90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</w:p>
    <w:p w14:paraId="5ADF3BA0" w14:textId="77777777" w:rsidR="00C558C9" w:rsidRPr="006A3265" w:rsidRDefault="00C558C9" w:rsidP="00502F90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</w:p>
    <w:p w14:paraId="40FF4297" w14:textId="77777777" w:rsidR="00C558C9" w:rsidRPr="006A3265" w:rsidRDefault="00C558C9" w:rsidP="00502F90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</w:p>
    <w:p w14:paraId="4A525A42" w14:textId="7BD1DDBE" w:rsidR="00B525FE" w:rsidRPr="006A3265" w:rsidRDefault="00502F90" w:rsidP="00DC6D0E">
      <w:pPr>
        <w:pStyle w:val="a0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  <w:szCs w:val="20"/>
          <w:lang w:val="bg-BG"/>
        </w:rPr>
      </w:pPr>
      <w:r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r w:rsidR="00C558C9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</w:t>
      </w:r>
      <w:r w:rsidR="003742C0" w:rsidRPr="006A3265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</w:p>
    <w:sectPr w:rsidR="00B525FE" w:rsidRPr="006A326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AEB"/>
    <w:rsid w:val="00034616"/>
    <w:rsid w:val="00056B6B"/>
    <w:rsid w:val="0006063C"/>
    <w:rsid w:val="00074945"/>
    <w:rsid w:val="0009654B"/>
    <w:rsid w:val="000C2895"/>
    <w:rsid w:val="00112E4C"/>
    <w:rsid w:val="00146D2E"/>
    <w:rsid w:val="0015074B"/>
    <w:rsid w:val="001F2E36"/>
    <w:rsid w:val="0020445D"/>
    <w:rsid w:val="0029639D"/>
    <w:rsid w:val="002D21BD"/>
    <w:rsid w:val="002E5E21"/>
    <w:rsid w:val="00326F90"/>
    <w:rsid w:val="003742C0"/>
    <w:rsid w:val="003D580E"/>
    <w:rsid w:val="00421E00"/>
    <w:rsid w:val="004924F8"/>
    <w:rsid w:val="004A654B"/>
    <w:rsid w:val="004E0EC1"/>
    <w:rsid w:val="00502F90"/>
    <w:rsid w:val="0050340E"/>
    <w:rsid w:val="005C2B8A"/>
    <w:rsid w:val="005C3AB8"/>
    <w:rsid w:val="005D4759"/>
    <w:rsid w:val="005F258A"/>
    <w:rsid w:val="006A3265"/>
    <w:rsid w:val="006A7A96"/>
    <w:rsid w:val="006B29F8"/>
    <w:rsid w:val="00727538"/>
    <w:rsid w:val="007B3B98"/>
    <w:rsid w:val="00800212"/>
    <w:rsid w:val="00822E22"/>
    <w:rsid w:val="008C61C8"/>
    <w:rsid w:val="00974775"/>
    <w:rsid w:val="009F2696"/>
    <w:rsid w:val="00A42B4F"/>
    <w:rsid w:val="00A67F2B"/>
    <w:rsid w:val="00AA1D8D"/>
    <w:rsid w:val="00AE3DA6"/>
    <w:rsid w:val="00AF395B"/>
    <w:rsid w:val="00AF72E2"/>
    <w:rsid w:val="00B11289"/>
    <w:rsid w:val="00B47730"/>
    <w:rsid w:val="00B525FE"/>
    <w:rsid w:val="00BA0D7E"/>
    <w:rsid w:val="00BA11DA"/>
    <w:rsid w:val="00BD5178"/>
    <w:rsid w:val="00BD7808"/>
    <w:rsid w:val="00C558C9"/>
    <w:rsid w:val="00C62A12"/>
    <w:rsid w:val="00C93530"/>
    <w:rsid w:val="00CB0664"/>
    <w:rsid w:val="00CD3A0F"/>
    <w:rsid w:val="00D2379D"/>
    <w:rsid w:val="00D72C1D"/>
    <w:rsid w:val="00DC6D0E"/>
    <w:rsid w:val="00E03930"/>
    <w:rsid w:val="00E81804"/>
    <w:rsid w:val="00EA0A17"/>
    <w:rsid w:val="00EA2E2C"/>
    <w:rsid w:val="00ED29DC"/>
    <w:rsid w:val="00ED7213"/>
    <w:rsid w:val="00F33960"/>
    <w:rsid w:val="00FB16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4A7B2"/>
  <w14:defaultImageDpi w14:val="300"/>
  <w15:docId w15:val="{9A844E4F-4A61-49C9-8507-E0DC7681E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800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Изнесен текст Знак"/>
    <w:basedOn w:val="a2"/>
    <w:link w:val="affa"/>
    <w:uiPriority w:val="99"/>
    <w:semiHidden/>
    <w:rsid w:val="00800212"/>
    <w:rPr>
      <w:rFonts w:ascii="Tahoma" w:eastAsia="Arial" w:hAnsi="Tahoma" w:cs="Tahoma"/>
      <w:sz w:val="16"/>
      <w:szCs w:val="16"/>
    </w:rPr>
  </w:style>
  <w:style w:type="paragraph" w:customStyle="1" w:styleId="14">
    <w:name w:val="Списък на абзаци1"/>
    <w:basedOn w:val="a1"/>
    <w:uiPriority w:val="34"/>
    <w:qFormat/>
    <w:rsid w:val="00BD5178"/>
    <w:pPr>
      <w:ind w:left="720"/>
      <w:contextualSpacing/>
    </w:pPr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1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F1202F-D191-4E6A-B098-3C233A490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1197</Words>
  <Characters>6829</Characters>
  <Application>Microsoft Office Word</Application>
  <DocSecurity>0</DocSecurity>
  <Lines>56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1300679</cp:lastModifiedBy>
  <cp:revision>2</cp:revision>
  <cp:lastPrinted>2026-09-25T09:53:00Z</cp:lastPrinted>
  <dcterms:created xsi:type="dcterms:W3CDTF">2026-09-25T09:54:00Z</dcterms:created>
  <dcterms:modified xsi:type="dcterms:W3CDTF">2026-09-25T09:54:00Z</dcterms:modified>
</cp:coreProperties>
</file>